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E287AF" w14:textId="77777777" w:rsidR="004F3235" w:rsidRPr="00FD43DC" w:rsidRDefault="00000000">
      <w:pPr>
        <w:rPr>
          <w:rFonts w:ascii="Arial" w:hAnsi="Arial" w:cs="Arial"/>
          <w:b/>
          <w:bCs/>
          <w:sz w:val="28"/>
          <w:szCs w:val="28"/>
        </w:rPr>
      </w:pPr>
      <w:r w:rsidRPr="00FD43DC">
        <w:rPr>
          <w:rFonts w:ascii="Arial" w:hAnsi="Arial" w:cs="Arial"/>
          <w:b/>
          <w:bCs/>
          <w:sz w:val="28"/>
          <w:szCs w:val="28"/>
        </w:rPr>
        <w:t>VRIJWILLIGERSOVEREENKOMST</w:t>
      </w:r>
    </w:p>
    <w:p w14:paraId="05E68051" w14:textId="77777777" w:rsidR="004F3235" w:rsidRPr="00FD43DC" w:rsidRDefault="00000000">
      <w:pPr>
        <w:rPr>
          <w:rFonts w:ascii="Arial" w:hAnsi="Arial" w:cs="Arial"/>
          <w:b/>
          <w:bCs/>
        </w:rPr>
      </w:pPr>
      <w:proofErr w:type="spellStart"/>
      <w:r w:rsidRPr="00FD43DC">
        <w:rPr>
          <w:rFonts w:ascii="Arial" w:hAnsi="Arial" w:cs="Arial"/>
          <w:b/>
          <w:bCs/>
        </w:rPr>
        <w:t>Tussen</w:t>
      </w:r>
      <w:proofErr w:type="spellEnd"/>
      <w:r w:rsidRPr="00FD43DC">
        <w:rPr>
          <w:rFonts w:ascii="Arial" w:hAnsi="Arial" w:cs="Arial"/>
          <w:b/>
          <w:bCs/>
        </w:rPr>
        <w:t xml:space="preserve">:  </w:t>
      </w:r>
    </w:p>
    <w:p w14:paraId="76D56A3B" w14:textId="77777777" w:rsidR="004F3235" w:rsidRPr="00FD43DC" w:rsidRDefault="00000000">
      <w:pPr>
        <w:rPr>
          <w:rFonts w:ascii="Arial" w:hAnsi="Arial" w:cs="Arial"/>
        </w:rPr>
      </w:pPr>
      <w:r w:rsidRPr="00FD43DC">
        <w:rPr>
          <w:rFonts w:ascii="Arial" w:hAnsi="Arial" w:cs="Arial"/>
        </w:rPr>
        <w:t>[Naam organisatie] gevestigd te [adres], vertegenwoordigd door [naam contactpersoon], hierna te noemen "de organisatie",</w:t>
      </w:r>
    </w:p>
    <w:p w14:paraId="20CE0B0A" w14:textId="77777777" w:rsidR="004F3235" w:rsidRPr="00FD43DC" w:rsidRDefault="00000000">
      <w:pPr>
        <w:rPr>
          <w:rFonts w:ascii="Arial" w:hAnsi="Arial" w:cs="Arial"/>
        </w:rPr>
      </w:pPr>
      <w:proofErr w:type="spellStart"/>
      <w:r w:rsidRPr="00FD43DC">
        <w:rPr>
          <w:rFonts w:ascii="Arial" w:hAnsi="Arial" w:cs="Arial"/>
        </w:rPr>
        <w:t>en</w:t>
      </w:r>
      <w:proofErr w:type="spellEnd"/>
      <w:r w:rsidRPr="00FD43DC">
        <w:rPr>
          <w:rFonts w:ascii="Arial" w:hAnsi="Arial" w:cs="Arial"/>
        </w:rPr>
        <w:t xml:space="preserve">  </w:t>
      </w:r>
    </w:p>
    <w:p w14:paraId="1B8A3A81" w14:textId="77777777" w:rsidR="004F3235" w:rsidRPr="00FD43DC" w:rsidRDefault="00000000">
      <w:pPr>
        <w:rPr>
          <w:rFonts w:ascii="Arial" w:hAnsi="Arial" w:cs="Arial"/>
        </w:rPr>
      </w:pPr>
      <w:r w:rsidRPr="00FD43DC">
        <w:rPr>
          <w:rFonts w:ascii="Arial" w:hAnsi="Arial" w:cs="Arial"/>
        </w:rPr>
        <w:t>[Naam vrijwilliger], wonende te [adres], hierna te noemen "de vrijwilliger".</w:t>
      </w:r>
    </w:p>
    <w:p w14:paraId="20F31F5D" w14:textId="77777777" w:rsidR="004F3235" w:rsidRPr="00FD43DC" w:rsidRDefault="004F3235">
      <w:pPr>
        <w:rPr>
          <w:rFonts w:ascii="Arial" w:hAnsi="Arial" w:cs="Arial"/>
        </w:rPr>
      </w:pPr>
    </w:p>
    <w:p w14:paraId="657D2CDB" w14:textId="5D8258D5" w:rsidR="004F3235" w:rsidRPr="00FD43DC" w:rsidRDefault="00000000">
      <w:pPr>
        <w:rPr>
          <w:rFonts w:ascii="Arial" w:hAnsi="Arial" w:cs="Arial"/>
        </w:rPr>
      </w:pPr>
      <w:r w:rsidRPr="00FD43DC">
        <w:rPr>
          <w:rFonts w:ascii="Arial" w:hAnsi="Arial" w:cs="Arial"/>
          <w:b/>
          <w:bCs/>
        </w:rPr>
        <w:t xml:space="preserve">1. Doel van de </w:t>
      </w:r>
      <w:proofErr w:type="spellStart"/>
      <w:r w:rsidRPr="00FD43DC">
        <w:rPr>
          <w:rFonts w:ascii="Arial" w:hAnsi="Arial" w:cs="Arial"/>
          <w:b/>
          <w:bCs/>
        </w:rPr>
        <w:t>overeenkomst</w:t>
      </w:r>
      <w:proofErr w:type="spellEnd"/>
      <w:r w:rsidRPr="00FD43DC">
        <w:rPr>
          <w:rFonts w:ascii="Arial" w:hAnsi="Arial" w:cs="Arial"/>
          <w:b/>
          <w:bCs/>
        </w:rPr>
        <w:t xml:space="preserve">  </w:t>
      </w:r>
      <w:r w:rsidR="00FD43DC">
        <w:rPr>
          <w:rFonts w:ascii="Arial" w:hAnsi="Arial" w:cs="Arial"/>
          <w:b/>
          <w:bCs/>
        </w:rPr>
        <w:br/>
      </w:r>
      <w:proofErr w:type="spellStart"/>
      <w:r w:rsidRPr="00FD43DC">
        <w:rPr>
          <w:rFonts w:ascii="Arial" w:hAnsi="Arial" w:cs="Arial"/>
        </w:rPr>
        <w:t>Deze</w:t>
      </w:r>
      <w:proofErr w:type="spellEnd"/>
      <w:r w:rsidRPr="00FD43DC">
        <w:rPr>
          <w:rFonts w:ascii="Arial" w:hAnsi="Arial" w:cs="Arial"/>
        </w:rPr>
        <w:t xml:space="preserve"> </w:t>
      </w:r>
      <w:proofErr w:type="spellStart"/>
      <w:r w:rsidRPr="00FD43DC">
        <w:rPr>
          <w:rFonts w:ascii="Arial" w:hAnsi="Arial" w:cs="Arial"/>
        </w:rPr>
        <w:t>overeenkomst</w:t>
      </w:r>
      <w:proofErr w:type="spellEnd"/>
      <w:r w:rsidRPr="00FD43DC">
        <w:rPr>
          <w:rFonts w:ascii="Arial" w:hAnsi="Arial" w:cs="Arial"/>
        </w:rPr>
        <w:t xml:space="preserve"> </w:t>
      </w:r>
      <w:proofErr w:type="spellStart"/>
      <w:r w:rsidRPr="00FD43DC">
        <w:rPr>
          <w:rFonts w:ascii="Arial" w:hAnsi="Arial" w:cs="Arial"/>
        </w:rPr>
        <w:t>beschrijft</w:t>
      </w:r>
      <w:proofErr w:type="spellEnd"/>
      <w:r w:rsidRPr="00FD43DC">
        <w:rPr>
          <w:rFonts w:ascii="Arial" w:hAnsi="Arial" w:cs="Arial"/>
        </w:rPr>
        <w:t xml:space="preserve"> de </w:t>
      </w:r>
      <w:proofErr w:type="spellStart"/>
      <w:r w:rsidRPr="00FD43DC">
        <w:rPr>
          <w:rFonts w:ascii="Arial" w:hAnsi="Arial" w:cs="Arial"/>
        </w:rPr>
        <w:t>afspraken</w:t>
      </w:r>
      <w:proofErr w:type="spellEnd"/>
      <w:r w:rsidRPr="00FD43DC">
        <w:rPr>
          <w:rFonts w:ascii="Arial" w:hAnsi="Arial" w:cs="Arial"/>
        </w:rPr>
        <w:t xml:space="preserve"> tussen de organisatie en de vrijwilliger met betrekking tot het verrichten van vrijwilligerswerk.</w:t>
      </w:r>
    </w:p>
    <w:p w14:paraId="0E2EB4E3" w14:textId="77777777" w:rsidR="004F3235" w:rsidRPr="00FD43DC" w:rsidRDefault="004F3235">
      <w:pPr>
        <w:rPr>
          <w:rFonts w:ascii="Arial" w:hAnsi="Arial" w:cs="Arial"/>
        </w:rPr>
      </w:pPr>
    </w:p>
    <w:p w14:paraId="56A8BE47" w14:textId="754BDCAE" w:rsidR="004F3235" w:rsidRPr="00FD43DC" w:rsidRDefault="00000000">
      <w:pPr>
        <w:rPr>
          <w:rFonts w:ascii="Arial" w:hAnsi="Arial" w:cs="Arial"/>
          <w:b/>
          <w:bCs/>
        </w:rPr>
      </w:pPr>
      <w:r w:rsidRPr="00FD43DC">
        <w:rPr>
          <w:rFonts w:ascii="Arial" w:hAnsi="Arial" w:cs="Arial"/>
          <w:b/>
          <w:bCs/>
        </w:rPr>
        <w:t xml:space="preserve">2. Taken </w:t>
      </w:r>
      <w:proofErr w:type="spellStart"/>
      <w:r w:rsidRPr="00FD43DC">
        <w:rPr>
          <w:rFonts w:ascii="Arial" w:hAnsi="Arial" w:cs="Arial"/>
          <w:b/>
          <w:bCs/>
        </w:rPr>
        <w:t>en</w:t>
      </w:r>
      <w:proofErr w:type="spellEnd"/>
      <w:r w:rsidRPr="00FD43DC">
        <w:rPr>
          <w:rFonts w:ascii="Arial" w:hAnsi="Arial" w:cs="Arial"/>
          <w:b/>
          <w:bCs/>
        </w:rPr>
        <w:t xml:space="preserve"> </w:t>
      </w:r>
      <w:proofErr w:type="spellStart"/>
      <w:r w:rsidRPr="00FD43DC">
        <w:rPr>
          <w:rFonts w:ascii="Arial" w:hAnsi="Arial" w:cs="Arial"/>
          <w:b/>
          <w:bCs/>
        </w:rPr>
        <w:t>verantwoordelijkheden</w:t>
      </w:r>
      <w:proofErr w:type="spellEnd"/>
      <w:r w:rsidRPr="00FD43DC">
        <w:rPr>
          <w:rFonts w:ascii="Arial" w:hAnsi="Arial" w:cs="Arial"/>
          <w:b/>
          <w:bCs/>
        </w:rPr>
        <w:t xml:space="preserve">  </w:t>
      </w:r>
      <w:r w:rsidR="00FD43DC">
        <w:rPr>
          <w:rFonts w:ascii="Arial" w:hAnsi="Arial" w:cs="Arial"/>
          <w:b/>
          <w:bCs/>
        </w:rPr>
        <w:br/>
      </w:r>
      <w:r w:rsidRPr="00FD43DC">
        <w:rPr>
          <w:rFonts w:ascii="Arial" w:hAnsi="Arial" w:cs="Arial"/>
        </w:rPr>
        <w:t xml:space="preserve">De </w:t>
      </w:r>
      <w:proofErr w:type="spellStart"/>
      <w:r w:rsidRPr="00FD43DC">
        <w:rPr>
          <w:rFonts w:ascii="Arial" w:hAnsi="Arial" w:cs="Arial"/>
        </w:rPr>
        <w:t>vrijwilliger</w:t>
      </w:r>
      <w:proofErr w:type="spellEnd"/>
      <w:r w:rsidRPr="00FD43DC">
        <w:rPr>
          <w:rFonts w:ascii="Arial" w:hAnsi="Arial" w:cs="Arial"/>
        </w:rPr>
        <w:t xml:space="preserve"> </w:t>
      </w:r>
      <w:proofErr w:type="spellStart"/>
      <w:r w:rsidRPr="00FD43DC">
        <w:rPr>
          <w:rFonts w:ascii="Arial" w:hAnsi="Arial" w:cs="Arial"/>
        </w:rPr>
        <w:t>zal</w:t>
      </w:r>
      <w:proofErr w:type="spellEnd"/>
      <w:r w:rsidRPr="00FD43DC">
        <w:rPr>
          <w:rFonts w:ascii="Arial" w:hAnsi="Arial" w:cs="Arial"/>
        </w:rPr>
        <w:t xml:space="preserve"> </w:t>
      </w:r>
      <w:proofErr w:type="spellStart"/>
      <w:r w:rsidRPr="00FD43DC">
        <w:rPr>
          <w:rFonts w:ascii="Arial" w:hAnsi="Arial" w:cs="Arial"/>
        </w:rPr>
        <w:t>zich</w:t>
      </w:r>
      <w:proofErr w:type="spellEnd"/>
      <w:r w:rsidRPr="00FD43DC">
        <w:rPr>
          <w:rFonts w:ascii="Arial" w:hAnsi="Arial" w:cs="Arial"/>
        </w:rPr>
        <w:t xml:space="preserve"> </w:t>
      </w:r>
      <w:proofErr w:type="spellStart"/>
      <w:r w:rsidRPr="00FD43DC">
        <w:rPr>
          <w:rFonts w:ascii="Arial" w:hAnsi="Arial" w:cs="Arial"/>
        </w:rPr>
        <w:t>inzetten</w:t>
      </w:r>
      <w:proofErr w:type="spellEnd"/>
      <w:r w:rsidRPr="00FD43DC">
        <w:rPr>
          <w:rFonts w:ascii="Arial" w:hAnsi="Arial" w:cs="Arial"/>
        </w:rPr>
        <w:t xml:space="preserve"> voor de volgende taken:</w:t>
      </w:r>
    </w:p>
    <w:p w14:paraId="22989518" w14:textId="77777777" w:rsidR="004F3235" w:rsidRPr="00FD43DC" w:rsidRDefault="00000000">
      <w:pPr>
        <w:rPr>
          <w:rFonts w:ascii="Arial" w:hAnsi="Arial" w:cs="Arial"/>
        </w:rPr>
      </w:pPr>
      <w:r w:rsidRPr="00FD43DC">
        <w:rPr>
          <w:rFonts w:ascii="Arial" w:hAnsi="Arial" w:cs="Arial"/>
        </w:rPr>
        <w:t>- [Taak 1]</w:t>
      </w:r>
    </w:p>
    <w:p w14:paraId="529C7164" w14:textId="77777777" w:rsidR="004F3235" w:rsidRPr="00FD43DC" w:rsidRDefault="00000000">
      <w:pPr>
        <w:rPr>
          <w:rFonts w:ascii="Arial" w:hAnsi="Arial" w:cs="Arial"/>
        </w:rPr>
      </w:pPr>
      <w:r w:rsidRPr="00FD43DC">
        <w:rPr>
          <w:rFonts w:ascii="Arial" w:hAnsi="Arial" w:cs="Arial"/>
        </w:rPr>
        <w:t>- [Taak 2]</w:t>
      </w:r>
    </w:p>
    <w:p w14:paraId="56B6E198" w14:textId="77777777" w:rsidR="004F3235" w:rsidRPr="00FD43DC" w:rsidRDefault="00000000">
      <w:pPr>
        <w:rPr>
          <w:rFonts w:ascii="Arial" w:hAnsi="Arial" w:cs="Arial"/>
        </w:rPr>
      </w:pPr>
      <w:r w:rsidRPr="00FD43DC">
        <w:rPr>
          <w:rFonts w:ascii="Arial" w:hAnsi="Arial" w:cs="Arial"/>
        </w:rPr>
        <w:t>- [Taak 3]</w:t>
      </w:r>
    </w:p>
    <w:p w14:paraId="3971F8EF" w14:textId="77777777" w:rsidR="004F3235" w:rsidRPr="00FD43DC" w:rsidRDefault="00000000">
      <w:pPr>
        <w:rPr>
          <w:rFonts w:ascii="Arial" w:hAnsi="Arial" w:cs="Arial"/>
        </w:rPr>
      </w:pPr>
      <w:r w:rsidRPr="00FD43DC">
        <w:rPr>
          <w:rFonts w:ascii="Arial" w:hAnsi="Arial" w:cs="Arial"/>
        </w:rPr>
        <w:t xml:space="preserve">De </w:t>
      </w:r>
      <w:proofErr w:type="spellStart"/>
      <w:r w:rsidRPr="00FD43DC">
        <w:rPr>
          <w:rFonts w:ascii="Arial" w:hAnsi="Arial" w:cs="Arial"/>
        </w:rPr>
        <w:t>vrijwilliger</w:t>
      </w:r>
      <w:proofErr w:type="spellEnd"/>
      <w:r w:rsidRPr="00FD43DC">
        <w:rPr>
          <w:rFonts w:ascii="Arial" w:hAnsi="Arial" w:cs="Arial"/>
        </w:rPr>
        <w:t xml:space="preserve"> </w:t>
      </w:r>
      <w:proofErr w:type="spellStart"/>
      <w:r w:rsidRPr="00FD43DC">
        <w:rPr>
          <w:rFonts w:ascii="Arial" w:hAnsi="Arial" w:cs="Arial"/>
        </w:rPr>
        <w:t>zal</w:t>
      </w:r>
      <w:proofErr w:type="spellEnd"/>
      <w:r w:rsidRPr="00FD43DC">
        <w:rPr>
          <w:rFonts w:ascii="Arial" w:hAnsi="Arial" w:cs="Arial"/>
        </w:rPr>
        <w:t xml:space="preserve"> </w:t>
      </w:r>
      <w:proofErr w:type="spellStart"/>
      <w:r w:rsidRPr="00FD43DC">
        <w:rPr>
          <w:rFonts w:ascii="Arial" w:hAnsi="Arial" w:cs="Arial"/>
        </w:rPr>
        <w:t>deze</w:t>
      </w:r>
      <w:proofErr w:type="spellEnd"/>
      <w:r w:rsidRPr="00FD43DC">
        <w:rPr>
          <w:rFonts w:ascii="Arial" w:hAnsi="Arial" w:cs="Arial"/>
        </w:rPr>
        <w:t xml:space="preserve"> taken naar beste kunnen uitvoeren en de waarden en richtlijnen van de organisatie respecteren.</w:t>
      </w:r>
    </w:p>
    <w:p w14:paraId="6467AF2E" w14:textId="77777777" w:rsidR="004F3235" w:rsidRPr="00FD43DC" w:rsidRDefault="004F3235">
      <w:pPr>
        <w:rPr>
          <w:rFonts w:ascii="Arial" w:hAnsi="Arial" w:cs="Arial"/>
          <w:b/>
          <w:bCs/>
        </w:rPr>
      </w:pPr>
    </w:p>
    <w:p w14:paraId="55565AC7" w14:textId="041F0B9F" w:rsidR="004F3235" w:rsidRPr="00FD43DC" w:rsidRDefault="00000000">
      <w:pPr>
        <w:rPr>
          <w:rFonts w:ascii="Arial" w:hAnsi="Arial" w:cs="Arial"/>
        </w:rPr>
      </w:pPr>
      <w:r w:rsidRPr="00FD43DC">
        <w:rPr>
          <w:rFonts w:ascii="Arial" w:hAnsi="Arial" w:cs="Arial"/>
          <w:b/>
          <w:bCs/>
        </w:rPr>
        <w:t xml:space="preserve">3. Duur </w:t>
      </w:r>
      <w:proofErr w:type="spellStart"/>
      <w:r w:rsidRPr="00FD43DC">
        <w:rPr>
          <w:rFonts w:ascii="Arial" w:hAnsi="Arial" w:cs="Arial"/>
          <w:b/>
          <w:bCs/>
        </w:rPr>
        <w:t>en</w:t>
      </w:r>
      <w:proofErr w:type="spellEnd"/>
      <w:r w:rsidRPr="00FD43DC">
        <w:rPr>
          <w:rFonts w:ascii="Arial" w:hAnsi="Arial" w:cs="Arial"/>
          <w:b/>
          <w:bCs/>
        </w:rPr>
        <w:t xml:space="preserve"> </w:t>
      </w:r>
      <w:proofErr w:type="spellStart"/>
      <w:r w:rsidRPr="00FD43DC">
        <w:rPr>
          <w:rFonts w:ascii="Arial" w:hAnsi="Arial" w:cs="Arial"/>
          <w:b/>
          <w:bCs/>
        </w:rPr>
        <w:t>werktijden</w:t>
      </w:r>
      <w:proofErr w:type="spellEnd"/>
      <w:r w:rsidRPr="00FD43DC">
        <w:rPr>
          <w:rFonts w:ascii="Arial" w:hAnsi="Arial" w:cs="Arial"/>
          <w:b/>
          <w:bCs/>
        </w:rPr>
        <w:t xml:space="preserve">  </w:t>
      </w:r>
      <w:r w:rsidR="00FD43DC">
        <w:rPr>
          <w:rFonts w:ascii="Arial" w:hAnsi="Arial" w:cs="Arial"/>
          <w:b/>
          <w:bCs/>
        </w:rPr>
        <w:br/>
      </w:r>
      <w:proofErr w:type="spellStart"/>
      <w:r w:rsidRPr="00FD43DC">
        <w:rPr>
          <w:rFonts w:ascii="Arial" w:hAnsi="Arial" w:cs="Arial"/>
        </w:rPr>
        <w:t>Deze</w:t>
      </w:r>
      <w:proofErr w:type="spellEnd"/>
      <w:r w:rsidRPr="00FD43DC">
        <w:rPr>
          <w:rFonts w:ascii="Arial" w:hAnsi="Arial" w:cs="Arial"/>
        </w:rPr>
        <w:t xml:space="preserve"> </w:t>
      </w:r>
      <w:proofErr w:type="spellStart"/>
      <w:r w:rsidRPr="00FD43DC">
        <w:rPr>
          <w:rFonts w:ascii="Arial" w:hAnsi="Arial" w:cs="Arial"/>
        </w:rPr>
        <w:t>overeenkomst</w:t>
      </w:r>
      <w:proofErr w:type="spellEnd"/>
      <w:r w:rsidRPr="00FD43DC">
        <w:rPr>
          <w:rFonts w:ascii="Arial" w:hAnsi="Arial" w:cs="Arial"/>
        </w:rPr>
        <w:t xml:space="preserve"> </w:t>
      </w:r>
      <w:proofErr w:type="spellStart"/>
      <w:r w:rsidRPr="00FD43DC">
        <w:rPr>
          <w:rFonts w:ascii="Arial" w:hAnsi="Arial" w:cs="Arial"/>
        </w:rPr>
        <w:t>gaat</w:t>
      </w:r>
      <w:proofErr w:type="spellEnd"/>
      <w:r w:rsidRPr="00FD43DC">
        <w:rPr>
          <w:rFonts w:ascii="Arial" w:hAnsi="Arial" w:cs="Arial"/>
        </w:rPr>
        <w:t xml:space="preserve"> in op [startdatum] en geldt voor onbepaalde tijd / tot [einddatum]. De vrijwilliger zal gemiddeld [aantal] uur per [week/maand] werkzaam zijn op [dagen en tijden].</w:t>
      </w:r>
    </w:p>
    <w:p w14:paraId="6CE56446" w14:textId="77777777" w:rsidR="004F3235" w:rsidRPr="00FD43DC" w:rsidRDefault="004F3235">
      <w:pPr>
        <w:rPr>
          <w:rFonts w:ascii="Arial" w:hAnsi="Arial" w:cs="Arial"/>
        </w:rPr>
      </w:pPr>
    </w:p>
    <w:p w14:paraId="64567A9A" w14:textId="3D0984AE" w:rsidR="004F3235" w:rsidRPr="00FD43DC" w:rsidRDefault="00000000">
      <w:pPr>
        <w:rPr>
          <w:rFonts w:ascii="Arial" w:hAnsi="Arial" w:cs="Arial"/>
        </w:rPr>
      </w:pPr>
      <w:r w:rsidRPr="00FD43DC">
        <w:rPr>
          <w:rFonts w:ascii="Arial" w:hAnsi="Arial" w:cs="Arial"/>
          <w:b/>
          <w:bCs/>
        </w:rPr>
        <w:t xml:space="preserve">4. </w:t>
      </w:r>
      <w:proofErr w:type="spellStart"/>
      <w:r w:rsidRPr="00FD43DC">
        <w:rPr>
          <w:rFonts w:ascii="Arial" w:hAnsi="Arial" w:cs="Arial"/>
          <w:b/>
          <w:bCs/>
        </w:rPr>
        <w:t>Begeleiding</w:t>
      </w:r>
      <w:proofErr w:type="spellEnd"/>
      <w:r w:rsidRPr="00FD43DC">
        <w:rPr>
          <w:rFonts w:ascii="Arial" w:hAnsi="Arial" w:cs="Arial"/>
          <w:b/>
          <w:bCs/>
        </w:rPr>
        <w:t xml:space="preserve"> </w:t>
      </w:r>
      <w:proofErr w:type="spellStart"/>
      <w:r w:rsidRPr="00FD43DC">
        <w:rPr>
          <w:rFonts w:ascii="Arial" w:hAnsi="Arial" w:cs="Arial"/>
          <w:b/>
          <w:bCs/>
        </w:rPr>
        <w:t>en</w:t>
      </w:r>
      <w:proofErr w:type="spellEnd"/>
      <w:r w:rsidRPr="00FD43DC">
        <w:rPr>
          <w:rFonts w:ascii="Arial" w:hAnsi="Arial" w:cs="Arial"/>
          <w:b/>
          <w:bCs/>
        </w:rPr>
        <w:t xml:space="preserve"> </w:t>
      </w:r>
      <w:proofErr w:type="spellStart"/>
      <w:r w:rsidRPr="00FD43DC">
        <w:rPr>
          <w:rFonts w:ascii="Arial" w:hAnsi="Arial" w:cs="Arial"/>
          <w:b/>
          <w:bCs/>
        </w:rPr>
        <w:t>evaluatie</w:t>
      </w:r>
      <w:proofErr w:type="spellEnd"/>
      <w:r w:rsidRPr="00FD43DC">
        <w:rPr>
          <w:rFonts w:ascii="Arial" w:hAnsi="Arial" w:cs="Arial"/>
          <w:b/>
          <w:bCs/>
        </w:rPr>
        <w:t xml:space="preserve">  </w:t>
      </w:r>
      <w:r w:rsidR="00FD43DC">
        <w:rPr>
          <w:rFonts w:ascii="Arial" w:hAnsi="Arial" w:cs="Arial"/>
          <w:b/>
          <w:bCs/>
        </w:rPr>
        <w:br/>
      </w:r>
      <w:r w:rsidRPr="00FD43DC">
        <w:rPr>
          <w:rFonts w:ascii="Arial" w:hAnsi="Arial" w:cs="Arial"/>
        </w:rPr>
        <w:t xml:space="preserve">De </w:t>
      </w:r>
      <w:proofErr w:type="spellStart"/>
      <w:r w:rsidRPr="00FD43DC">
        <w:rPr>
          <w:rFonts w:ascii="Arial" w:hAnsi="Arial" w:cs="Arial"/>
        </w:rPr>
        <w:t>vrijwilliger</w:t>
      </w:r>
      <w:proofErr w:type="spellEnd"/>
      <w:r w:rsidRPr="00FD43DC">
        <w:rPr>
          <w:rFonts w:ascii="Arial" w:hAnsi="Arial" w:cs="Arial"/>
        </w:rPr>
        <w:t xml:space="preserve"> </w:t>
      </w:r>
      <w:proofErr w:type="spellStart"/>
      <w:r w:rsidRPr="00FD43DC">
        <w:rPr>
          <w:rFonts w:ascii="Arial" w:hAnsi="Arial" w:cs="Arial"/>
        </w:rPr>
        <w:t>wordt</w:t>
      </w:r>
      <w:proofErr w:type="spellEnd"/>
      <w:r w:rsidRPr="00FD43DC">
        <w:rPr>
          <w:rFonts w:ascii="Arial" w:hAnsi="Arial" w:cs="Arial"/>
        </w:rPr>
        <w:t xml:space="preserve"> </w:t>
      </w:r>
      <w:proofErr w:type="spellStart"/>
      <w:r w:rsidRPr="00FD43DC">
        <w:rPr>
          <w:rFonts w:ascii="Arial" w:hAnsi="Arial" w:cs="Arial"/>
        </w:rPr>
        <w:t>begeleid</w:t>
      </w:r>
      <w:proofErr w:type="spellEnd"/>
      <w:r w:rsidRPr="00FD43DC">
        <w:rPr>
          <w:rFonts w:ascii="Arial" w:hAnsi="Arial" w:cs="Arial"/>
        </w:rPr>
        <w:t xml:space="preserve"> door [naam contactpersoon]. Periodiek zal er een evaluatiemoment plaatsvinden om de samenwerking te bespreken.</w:t>
      </w:r>
    </w:p>
    <w:p w14:paraId="64AA52E4" w14:textId="77777777" w:rsidR="004F3235" w:rsidRPr="00FD43DC" w:rsidRDefault="004F3235">
      <w:pPr>
        <w:rPr>
          <w:rFonts w:ascii="Arial" w:hAnsi="Arial" w:cs="Arial"/>
        </w:rPr>
      </w:pPr>
    </w:p>
    <w:p w14:paraId="6CB280CF" w14:textId="2FDFEF4A" w:rsidR="004F3235" w:rsidRPr="00FD43DC" w:rsidRDefault="00000000">
      <w:pPr>
        <w:rPr>
          <w:rFonts w:ascii="Arial" w:hAnsi="Arial" w:cs="Arial"/>
        </w:rPr>
      </w:pPr>
      <w:r w:rsidRPr="00FD43DC">
        <w:rPr>
          <w:rFonts w:ascii="Arial" w:hAnsi="Arial" w:cs="Arial"/>
          <w:b/>
          <w:bCs/>
        </w:rPr>
        <w:t xml:space="preserve">5. </w:t>
      </w:r>
      <w:proofErr w:type="spellStart"/>
      <w:r w:rsidRPr="00FD43DC">
        <w:rPr>
          <w:rFonts w:ascii="Arial" w:hAnsi="Arial" w:cs="Arial"/>
          <w:b/>
          <w:bCs/>
        </w:rPr>
        <w:t>Onkostenvergoeding</w:t>
      </w:r>
      <w:proofErr w:type="spellEnd"/>
      <w:r w:rsidRPr="00FD43DC">
        <w:rPr>
          <w:rFonts w:ascii="Arial" w:hAnsi="Arial" w:cs="Arial"/>
          <w:b/>
          <w:bCs/>
        </w:rPr>
        <w:t xml:space="preserve"> </w:t>
      </w:r>
      <w:proofErr w:type="spellStart"/>
      <w:r w:rsidRPr="00FD43DC">
        <w:rPr>
          <w:rFonts w:ascii="Arial" w:hAnsi="Arial" w:cs="Arial"/>
          <w:b/>
          <w:bCs/>
        </w:rPr>
        <w:t>en</w:t>
      </w:r>
      <w:proofErr w:type="spellEnd"/>
      <w:r w:rsidRPr="00FD43DC">
        <w:rPr>
          <w:rFonts w:ascii="Arial" w:hAnsi="Arial" w:cs="Arial"/>
          <w:b/>
          <w:bCs/>
        </w:rPr>
        <w:t xml:space="preserve"> </w:t>
      </w:r>
      <w:proofErr w:type="spellStart"/>
      <w:r w:rsidRPr="00FD43DC">
        <w:rPr>
          <w:rFonts w:ascii="Arial" w:hAnsi="Arial" w:cs="Arial"/>
          <w:b/>
          <w:bCs/>
        </w:rPr>
        <w:t>vrijwilligersvergoeding</w:t>
      </w:r>
      <w:proofErr w:type="spellEnd"/>
      <w:r w:rsidRPr="00FD43DC">
        <w:rPr>
          <w:rFonts w:ascii="Arial" w:hAnsi="Arial" w:cs="Arial"/>
          <w:b/>
          <w:bCs/>
        </w:rPr>
        <w:t xml:space="preserve">  </w:t>
      </w:r>
      <w:r w:rsidR="00FD43DC">
        <w:rPr>
          <w:rFonts w:ascii="Arial" w:hAnsi="Arial" w:cs="Arial"/>
          <w:b/>
          <w:bCs/>
        </w:rPr>
        <w:br/>
      </w:r>
      <w:r w:rsidRPr="00FD43DC">
        <w:rPr>
          <w:rFonts w:ascii="Arial" w:hAnsi="Arial" w:cs="Arial"/>
        </w:rPr>
        <w:t>[</w:t>
      </w:r>
      <w:proofErr w:type="spellStart"/>
      <w:r w:rsidRPr="00FD43DC">
        <w:rPr>
          <w:rFonts w:ascii="Arial" w:hAnsi="Arial" w:cs="Arial"/>
        </w:rPr>
        <w:t>Indien</w:t>
      </w:r>
      <w:proofErr w:type="spellEnd"/>
      <w:r w:rsidRPr="00FD43DC">
        <w:rPr>
          <w:rFonts w:ascii="Arial" w:hAnsi="Arial" w:cs="Arial"/>
        </w:rPr>
        <w:t xml:space="preserve"> van </w:t>
      </w:r>
      <w:proofErr w:type="spellStart"/>
      <w:r w:rsidRPr="00FD43DC">
        <w:rPr>
          <w:rFonts w:ascii="Arial" w:hAnsi="Arial" w:cs="Arial"/>
        </w:rPr>
        <w:t>toepassing</w:t>
      </w:r>
      <w:proofErr w:type="spellEnd"/>
      <w:r w:rsidRPr="00FD43DC">
        <w:rPr>
          <w:rFonts w:ascii="Arial" w:hAnsi="Arial" w:cs="Arial"/>
        </w:rPr>
        <w:t xml:space="preserve">] De </w:t>
      </w:r>
      <w:proofErr w:type="spellStart"/>
      <w:r w:rsidRPr="00FD43DC">
        <w:rPr>
          <w:rFonts w:ascii="Arial" w:hAnsi="Arial" w:cs="Arial"/>
        </w:rPr>
        <w:t>vrijwilliger</w:t>
      </w:r>
      <w:proofErr w:type="spellEnd"/>
      <w:r w:rsidRPr="00FD43DC">
        <w:rPr>
          <w:rFonts w:ascii="Arial" w:hAnsi="Arial" w:cs="Arial"/>
        </w:rPr>
        <w:t xml:space="preserve"> ontvangt een vergoeding van [bedrag] voor gemaakte onkosten, zoals reiskosten of andere uitgaven in overleg met de organisatie. </w:t>
      </w:r>
      <w:r w:rsidRPr="00FD43DC">
        <w:rPr>
          <w:rFonts w:ascii="Arial" w:hAnsi="Arial" w:cs="Arial"/>
        </w:rPr>
        <w:lastRenderedPageBreak/>
        <w:t>Daarnaast kan er, indien van toepassing, een vrijwilligersvergoeding worden verstrekt volgens de geldende wet- en regelgeving.</w:t>
      </w:r>
    </w:p>
    <w:p w14:paraId="1704663C" w14:textId="77777777" w:rsidR="004F3235" w:rsidRPr="00FD43DC" w:rsidRDefault="004F3235">
      <w:pPr>
        <w:rPr>
          <w:rFonts w:ascii="Arial" w:hAnsi="Arial" w:cs="Arial"/>
        </w:rPr>
      </w:pPr>
    </w:p>
    <w:p w14:paraId="174E231A" w14:textId="3B75A53E" w:rsidR="004F3235" w:rsidRPr="00FD43DC" w:rsidRDefault="00000000">
      <w:pPr>
        <w:rPr>
          <w:rFonts w:ascii="Arial" w:hAnsi="Arial" w:cs="Arial"/>
        </w:rPr>
      </w:pPr>
      <w:r w:rsidRPr="00FD43DC">
        <w:rPr>
          <w:rFonts w:ascii="Arial" w:hAnsi="Arial" w:cs="Arial"/>
          <w:b/>
          <w:bCs/>
        </w:rPr>
        <w:t xml:space="preserve">6. </w:t>
      </w:r>
      <w:proofErr w:type="spellStart"/>
      <w:r w:rsidRPr="00FD43DC">
        <w:rPr>
          <w:rFonts w:ascii="Arial" w:hAnsi="Arial" w:cs="Arial"/>
          <w:b/>
          <w:bCs/>
        </w:rPr>
        <w:t>Verzekering</w:t>
      </w:r>
      <w:proofErr w:type="spellEnd"/>
      <w:r w:rsidRPr="00FD43DC">
        <w:rPr>
          <w:rFonts w:ascii="Arial" w:hAnsi="Arial" w:cs="Arial"/>
          <w:b/>
          <w:bCs/>
        </w:rPr>
        <w:t xml:space="preserve"> </w:t>
      </w:r>
      <w:proofErr w:type="spellStart"/>
      <w:r w:rsidRPr="00FD43DC">
        <w:rPr>
          <w:rFonts w:ascii="Arial" w:hAnsi="Arial" w:cs="Arial"/>
          <w:b/>
          <w:bCs/>
        </w:rPr>
        <w:t>en</w:t>
      </w:r>
      <w:proofErr w:type="spellEnd"/>
      <w:r w:rsidRPr="00FD43DC">
        <w:rPr>
          <w:rFonts w:ascii="Arial" w:hAnsi="Arial" w:cs="Arial"/>
          <w:b/>
          <w:bCs/>
        </w:rPr>
        <w:t xml:space="preserve"> </w:t>
      </w:r>
      <w:proofErr w:type="spellStart"/>
      <w:r w:rsidRPr="00FD43DC">
        <w:rPr>
          <w:rFonts w:ascii="Arial" w:hAnsi="Arial" w:cs="Arial"/>
          <w:b/>
          <w:bCs/>
        </w:rPr>
        <w:t>aansprakelijkheid</w:t>
      </w:r>
      <w:proofErr w:type="spellEnd"/>
      <w:r w:rsidRPr="00FD43DC">
        <w:rPr>
          <w:rFonts w:ascii="Arial" w:hAnsi="Arial" w:cs="Arial"/>
          <w:b/>
          <w:bCs/>
        </w:rPr>
        <w:t xml:space="preserve">  </w:t>
      </w:r>
      <w:r w:rsidR="00FD43DC">
        <w:rPr>
          <w:rFonts w:ascii="Arial" w:hAnsi="Arial" w:cs="Arial"/>
          <w:b/>
          <w:bCs/>
        </w:rPr>
        <w:br/>
      </w:r>
      <w:r w:rsidRPr="00FD43DC">
        <w:rPr>
          <w:rFonts w:ascii="Arial" w:hAnsi="Arial" w:cs="Arial"/>
        </w:rPr>
        <w:t xml:space="preserve">De </w:t>
      </w:r>
      <w:proofErr w:type="spellStart"/>
      <w:r w:rsidRPr="00FD43DC">
        <w:rPr>
          <w:rFonts w:ascii="Arial" w:hAnsi="Arial" w:cs="Arial"/>
        </w:rPr>
        <w:t>organisatie</w:t>
      </w:r>
      <w:proofErr w:type="spellEnd"/>
      <w:r w:rsidRPr="00FD43DC">
        <w:rPr>
          <w:rFonts w:ascii="Arial" w:hAnsi="Arial" w:cs="Arial"/>
        </w:rPr>
        <w:t xml:space="preserve"> </w:t>
      </w:r>
      <w:proofErr w:type="spellStart"/>
      <w:r w:rsidRPr="00FD43DC">
        <w:rPr>
          <w:rFonts w:ascii="Arial" w:hAnsi="Arial" w:cs="Arial"/>
        </w:rPr>
        <w:t>heeft</w:t>
      </w:r>
      <w:proofErr w:type="spellEnd"/>
      <w:r w:rsidRPr="00FD43DC">
        <w:rPr>
          <w:rFonts w:ascii="Arial" w:hAnsi="Arial" w:cs="Arial"/>
        </w:rPr>
        <w:t xml:space="preserve"> </w:t>
      </w:r>
      <w:proofErr w:type="spellStart"/>
      <w:r w:rsidRPr="00FD43DC">
        <w:rPr>
          <w:rFonts w:ascii="Arial" w:hAnsi="Arial" w:cs="Arial"/>
        </w:rPr>
        <w:t>een</w:t>
      </w:r>
      <w:proofErr w:type="spellEnd"/>
      <w:r w:rsidRPr="00FD43DC">
        <w:rPr>
          <w:rFonts w:ascii="Arial" w:hAnsi="Arial" w:cs="Arial"/>
        </w:rPr>
        <w:t xml:space="preserve"> [</w:t>
      </w:r>
      <w:proofErr w:type="spellStart"/>
      <w:r w:rsidRPr="00FD43DC">
        <w:rPr>
          <w:rFonts w:ascii="Arial" w:hAnsi="Arial" w:cs="Arial"/>
        </w:rPr>
        <w:t>vrijwilligersverzekering</w:t>
      </w:r>
      <w:proofErr w:type="spellEnd"/>
      <w:r w:rsidRPr="00FD43DC">
        <w:rPr>
          <w:rFonts w:ascii="Arial" w:hAnsi="Arial" w:cs="Arial"/>
        </w:rPr>
        <w:t>/</w:t>
      </w:r>
      <w:proofErr w:type="spellStart"/>
      <w:r w:rsidRPr="00FD43DC">
        <w:rPr>
          <w:rFonts w:ascii="Arial" w:hAnsi="Arial" w:cs="Arial"/>
        </w:rPr>
        <w:t>aansprakelijkheidsverzekering</w:t>
      </w:r>
      <w:proofErr w:type="spellEnd"/>
      <w:r w:rsidRPr="00FD43DC">
        <w:rPr>
          <w:rFonts w:ascii="Arial" w:hAnsi="Arial" w:cs="Arial"/>
        </w:rPr>
        <w:t>] afgesloten die de vrijwilliger dekt bij eventuele schade of ongevallen tijdens het vrijwilligerswerk. De vrijwilliger dient zorgvuldig om te gaan met eigendommen en materialen van de organisatie. Indien bepaalde risico’s niet door de verzekering van de organisatie worden gedekt, is het de verantwoordelijkheid van de vrijwilliger om hier zelf voor zorg te dragen.</w:t>
      </w:r>
    </w:p>
    <w:p w14:paraId="2BA56427" w14:textId="77777777" w:rsidR="004F3235" w:rsidRPr="00FD43DC" w:rsidRDefault="004F3235">
      <w:pPr>
        <w:rPr>
          <w:rFonts w:ascii="Arial" w:hAnsi="Arial" w:cs="Arial"/>
          <w:b/>
          <w:bCs/>
        </w:rPr>
      </w:pPr>
    </w:p>
    <w:p w14:paraId="31F937A7" w14:textId="5F6B70F1" w:rsidR="004F3235" w:rsidRPr="00FD43DC" w:rsidRDefault="00000000">
      <w:pPr>
        <w:rPr>
          <w:rFonts w:ascii="Arial" w:hAnsi="Arial" w:cs="Arial"/>
        </w:rPr>
      </w:pPr>
      <w:r w:rsidRPr="00FD43DC">
        <w:rPr>
          <w:rFonts w:ascii="Arial" w:hAnsi="Arial" w:cs="Arial"/>
          <w:b/>
          <w:bCs/>
        </w:rPr>
        <w:t xml:space="preserve">7. </w:t>
      </w:r>
      <w:proofErr w:type="spellStart"/>
      <w:r w:rsidRPr="00FD43DC">
        <w:rPr>
          <w:rFonts w:ascii="Arial" w:hAnsi="Arial" w:cs="Arial"/>
          <w:b/>
          <w:bCs/>
        </w:rPr>
        <w:t>Geheimhouding</w:t>
      </w:r>
      <w:proofErr w:type="spellEnd"/>
      <w:r w:rsidRPr="00FD43DC">
        <w:rPr>
          <w:rFonts w:ascii="Arial" w:hAnsi="Arial" w:cs="Arial"/>
          <w:b/>
          <w:bCs/>
        </w:rPr>
        <w:t xml:space="preserve">  </w:t>
      </w:r>
      <w:r w:rsidR="00FD43DC">
        <w:rPr>
          <w:rFonts w:ascii="Arial" w:hAnsi="Arial" w:cs="Arial"/>
          <w:b/>
          <w:bCs/>
        </w:rPr>
        <w:br/>
      </w:r>
      <w:r w:rsidRPr="00FD43DC">
        <w:rPr>
          <w:rFonts w:ascii="Arial" w:hAnsi="Arial" w:cs="Arial"/>
        </w:rPr>
        <w:t xml:space="preserve">De </w:t>
      </w:r>
      <w:proofErr w:type="spellStart"/>
      <w:r w:rsidRPr="00FD43DC">
        <w:rPr>
          <w:rFonts w:ascii="Arial" w:hAnsi="Arial" w:cs="Arial"/>
        </w:rPr>
        <w:t>vrijwilliger</w:t>
      </w:r>
      <w:proofErr w:type="spellEnd"/>
      <w:r w:rsidRPr="00FD43DC">
        <w:rPr>
          <w:rFonts w:ascii="Arial" w:hAnsi="Arial" w:cs="Arial"/>
        </w:rPr>
        <w:t xml:space="preserve"> </w:t>
      </w:r>
      <w:proofErr w:type="spellStart"/>
      <w:r w:rsidRPr="00FD43DC">
        <w:rPr>
          <w:rFonts w:ascii="Arial" w:hAnsi="Arial" w:cs="Arial"/>
        </w:rPr>
        <w:t>zal</w:t>
      </w:r>
      <w:proofErr w:type="spellEnd"/>
      <w:r w:rsidRPr="00FD43DC">
        <w:rPr>
          <w:rFonts w:ascii="Arial" w:hAnsi="Arial" w:cs="Arial"/>
        </w:rPr>
        <w:t xml:space="preserve"> </w:t>
      </w:r>
      <w:proofErr w:type="spellStart"/>
      <w:r w:rsidRPr="00FD43DC">
        <w:rPr>
          <w:rFonts w:ascii="Arial" w:hAnsi="Arial" w:cs="Arial"/>
        </w:rPr>
        <w:t>vertrouwelijke</w:t>
      </w:r>
      <w:proofErr w:type="spellEnd"/>
      <w:r w:rsidRPr="00FD43DC">
        <w:rPr>
          <w:rFonts w:ascii="Arial" w:hAnsi="Arial" w:cs="Arial"/>
        </w:rPr>
        <w:t xml:space="preserve"> </w:t>
      </w:r>
      <w:proofErr w:type="spellStart"/>
      <w:r w:rsidRPr="00FD43DC">
        <w:rPr>
          <w:rFonts w:ascii="Arial" w:hAnsi="Arial" w:cs="Arial"/>
        </w:rPr>
        <w:t>informatie</w:t>
      </w:r>
      <w:proofErr w:type="spellEnd"/>
      <w:r w:rsidRPr="00FD43DC">
        <w:rPr>
          <w:rFonts w:ascii="Arial" w:hAnsi="Arial" w:cs="Arial"/>
        </w:rPr>
        <w:t>, verkregen tijdens de uitvoering van het vrijwilligerswerk, niet delen met derden.</w:t>
      </w:r>
    </w:p>
    <w:p w14:paraId="40D8C1F6" w14:textId="77777777" w:rsidR="004F3235" w:rsidRPr="00FD43DC" w:rsidRDefault="004F3235">
      <w:pPr>
        <w:rPr>
          <w:rFonts w:ascii="Arial" w:hAnsi="Arial" w:cs="Arial"/>
        </w:rPr>
      </w:pPr>
    </w:p>
    <w:p w14:paraId="49CD4B86" w14:textId="0DB737B6" w:rsidR="004F3235" w:rsidRPr="00FD43DC" w:rsidRDefault="00000000">
      <w:pPr>
        <w:rPr>
          <w:rFonts w:ascii="Arial" w:hAnsi="Arial" w:cs="Arial"/>
        </w:rPr>
      </w:pPr>
      <w:r w:rsidRPr="00FD43DC">
        <w:rPr>
          <w:rFonts w:ascii="Arial" w:hAnsi="Arial" w:cs="Arial"/>
          <w:b/>
          <w:bCs/>
        </w:rPr>
        <w:t xml:space="preserve">8. </w:t>
      </w:r>
      <w:proofErr w:type="spellStart"/>
      <w:r w:rsidRPr="00FD43DC">
        <w:rPr>
          <w:rFonts w:ascii="Arial" w:hAnsi="Arial" w:cs="Arial"/>
          <w:b/>
          <w:bCs/>
        </w:rPr>
        <w:t>Beëindiging</w:t>
      </w:r>
      <w:proofErr w:type="spellEnd"/>
      <w:r w:rsidRPr="00FD43DC">
        <w:rPr>
          <w:rFonts w:ascii="Arial" w:hAnsi="Arial" w:cs="Arial"/>
          <w:b/>
          <w:bCs/>
        </w:rPr>
        <w:t xml:space="preserve"> van de </w:t>
      </w:r>
      <w:proofErr w:type="spellStart"/>
      <w:r w:rsidRPr="00FD43DC">
        <w:rPr>
          <w:rFonts w:ascii="Arial" w:hAnsi="Arial" w:cs="Arial"/>
          <w:b/>
          <w:bCs/>
        </w:rPr>
        <w:t>overeenkomst</w:t>
      </w:r>
      <w:proofErr w:type="spellEnd"/>
      <w:r w:rsidRPr="00FD43DC">
        <w:rPr>
          <w:rFonts w:ascii="Arial" w:hAnsi="Arial" w:cs="Arial"/>
          <w:b/>
          <w:bCs/>
        </w:rPr>
        <w:t xml:space="preserve">  </w:t>
      </w:r>
      <w:r w:rsidR="00FD43DC">
        <w:rPr>
          <w:rFonts w:ascii="Arial" w:hAnsi="Arial" w:cs="Arial"/>
          <w:b/>
          <w:bCs/>
        </w:rPr>
        <w:br/>
      </w:r>
      <w:proofErr w:type="spellStart"/>
      <w:r w:rsidRPr="00FD43DC">
        <w:rPr>
          <w:rFonts w:ascii="Arial" w:hAnsi="Arial" w:cs="Arial"/>
        </w:rPr>
        <w:t>Beide</w:t>
      </w:r>
      <w:proofErr w:type="spellEnd"/>
      <w:r w:rsidRPr="00FD43DC">
        <w:rPr>
          <w:rFonts w:ascii="Arial" w:hAnsi="Arial" w:cs="Arial"/>
        </w:rPr>
        <w:t xml:space="preserve"> </w:t>
      </w:r>
      <w:proofErr w:type="spellStart"/>
      <w:r w:rsidRPr="00FD43DC">
        <w:rPr>
          <w:rFonts w:ascii="Arial" w:hAnsi="Arial" w:cs="Arial"/>
        </w:rPr>
        <w:t>partijen</w:t>
      </w:r>
      <w:proofErr w:type="spellEnd"/>
      <w:r w:rsidRPr="00FD43DC">
        <w:rPr>
          <w:rFonts w:ascii="Arial" w:hAnsi="Arial" w:cs="Arial"/>
        </w:rPr>
        <w:t xml:space="preserve"> </w:t>
      </w:r>
      <w:proofErr w:type="spellStart"/>
      <w:r w:rsidRPr="00FD43DC">
        <w:rPr>
          <w:rFonts w:ascii="Arial" w:hAnsi="Arial" w:cs="Arial"/>
        </w:rPr>
        <w:t>kunnen</w:t>
      </w:r>
      <w:proofErr w:type="spellEnd"/>
      <w:r w:rsidRPr="00FD43DC">
        <w:rPr>
          <w:rFonts w:ascii="Arial" w:hAnsi="Arial" w:cs="Arial"/>
        </w:rPr>
        <w:t xml:space="preserve"> </w:t>
      </w:r>
      <w:proofErr w:type="spellStart"/>
      <w:r w:rsidRPr="00FD43DC">
        <w:rPr>
          <w:rFonts w:ascii="Arial" w:hAnsi="Arial" w:cs="Arial"/>
        </w:rPr>
        <w:t>deze</w:t>
      </w:r>
      <w:proofErr w:type="spellEnd"/>
      <w:r w:rsidRPr="00FD43DC">
        <w:rPr>
          <w:rFonts w:ascii="Arial" w:hAnsi="Arial" w:cs="Arial"/>
        </w:rPr>
        <w:t xml:space="preserve"> </w:t>
      </w:r>
      <w:proofErr w:type="spellStart"/>
      <w:r w:rsidRPr="00FD43DC">
        <w:rPr>
          <w:rFonts w:ascii="Arial" w:hAnsi="Arial" w:cs="Arial"/>
        </w:rPr>
        <w:t>overeenkomst</w:t>
      </w:r>
      <w:proofErr w:type="spellEnd"/>
      <w:r w:rsidRPr="00FD43DC">
        <w:rPr>
          <w:rFonts w:ascii="Arial" w:hAnsi="Arial" w:cs="Arial"/>
        </w:rPr>
        <w:t xml:space="preserve"> op elk moment beëindigen met een opzegtermijn van [opzegtermijn]. De opzegging dient schriftelijk te gebeuren per brief of e-mail. In geval van ongewenst gedrag of niet-naleving van afspraken kan de organisatie de overeenkomst per direct beëindigen.</w:t>
      </w:r>
    </w:p>
    <w:p w14:paraId="63D73C6D" w14:textId="77777777" w:rsidR="004F3235" w:rsidRPr="00FD43DC" w:rsidRDefault="004F3235">
      <w:pPr>
        <w:rPr>
          <w:rFonts w:ascii="Arial" w:hAnsi="Arial" w:cs="Arial"/>
        </w:rPr>
      </w:pPr>
    </w:p>
    <w:p w14:paraId="5E59CB8A" w14:textId="1DC3026E" w:rsidR="004F3235" w:rsidRPr="00FD43DC" w:rsidRDefault="00000000">
      <w:pPr>
        <w:rPr>
          <w:rFonts w:ascii="Arial" w:hAnsi="Arial" w:cs="Arial"/>
        </w:rPr>
      </w:pPr>
      <w:r w:rsidRPr="00FD43DC">
        <w:rPr>
          <w:rFonts w:ascii="Arial" w:hAnsi="Arial" w:cs="Arial"/>
          <w:b/>
          <w:bCs/>
        </w:rPr>
        <w:t xml:space="preserve">9. Overige bepalingen  </w:t>
      </w:r>
      <w:r w:rsidR="00FD43DC">
        <w:rPr>
          <w:rFonts w:ascii="Arial" w:hAnsi="Arial" w:cs="Arial"/>
          <w:b/>
          <w:bCs/>
        </w:rPr>
        <w:br/>
      </w:r>
      <w:proofErr w:type="spellStart"/>
      <w:r w:rsidRPr="00FD43DC">
        <w:rPr>
          <w:rFonts w:ascii="Arial" w:hAnsi="Arial" w:cs="Arial"/>
        </w:rPr>
        <w:t>Eventuele</w:t>
      </w:r>
      <w:proofErr w:type="spellEnd"/>
      <w:r w:rsidRPr="00FD43DC">
        <w:rPr>
          <w:rFonts w:ascii="Arial" w:hAnsi="Arial" w:cs="Arial"/>
        </w:rPr>
        <w:t xml:space="preserve"> </w:t>
      </w:r>
      <w:proofErr w:type="spellStart"/>
      <w:r w:rsidRPr="00FD43DC">
        <w:rPr>
          <w:rFonts w:ascii="Arial" w:hAnsi="Arial" w:cs="Arial"/>
        </w:rPr>
        <w:t>aanvullende</w:t>
      </w:r>
      <w:proofErr w:type="spellEnd"/>
      <w:r w:rsidRPr="00FD43DC">
        <w:rPr>
          <w:rFonts w:ascii="Arial" w:hAnsi="Arial" w:cs="Arial"/>
        </w:rPr>
        <w:t xml:space="preserve"> afspraken worden schriftelijk vastgelegd en door </w:t>
      </w:r>
      <w:proofErr w:type="spellStart"/>
      <w:r w:rsidRPr="00FD43DC">
        <w:rPr>
          <w:rFonts w:ascii="Arial" w:hAnsi="Arial" w:cs="Arial"/>
        </w:rPr>
        <w:t>beide</w:t>
      </w:r>
      <w:proofErr w:type="spellEnd"/>
      <w:r w:rsidRPr="00FD43DC">
        <w:rPr>
          <w:rFonts w:ascii="Arial" w:hAnsi="Arial" w:cs="Arial"/>
        </w:rPr>
        <w:t xml:space="preserve"> </w:t>
      </w:r>
      <w:proofErr w:type="spellStart"/>
      <w:r w:rsidRPr="00FD43DC">
        <w:rPr>
          <w:rFonts w:ascii="Arial" w:hAnsi="Arial" w:cs="Arial"/>
        </w:rPr>
        <w:t>partijen</w:t>
      </w:r>
      <w:proofErr w:type="spellEnd"/>
      <w:r w:rsidRPr="00FD43DC">
        <w:rPr>
          <w:rFonts w:ascii="Arial" w:hAnsi="Arial" w:cs="Arial"/>
        </w:rPr>
        <w:t xml:space="preserve"> </w:t>
      </w:r>
      <w:proofErr w:type="spellStart"/>
      <w:r w:rsidRPr="00FD43DC">
        <w:rPr>
          <w:rFonts w:ascii="Arial" w:hAnsi="Arial" w:cs="Arial"/>
        </w:rPr>
        <w:t>ondertekend</w:t>
      </w:r>
      <w:proofErr w:type="spellEnd"/>
      <w:r w:rsidRPr="00FD43DC">
        <w:rPr>
          <w:rFonts w:ascii="Arial" w:hAnsi="Arial" w:cs="Arial"/>
        </w:rPr>
        <w:t>.</w:t>
      </w:r>
      <w:r w:rsidR="00FD43DC">
        <w:rPr>
          <w:rFonts w:ascii="Arial" w:hAnsi="Arial" w:cs="Arial"/>
        </w:rPr>
        <w:br/>
      </w:r>
    </w:p>
    <w:p w14:paraId="519372B5" w14:textId="29D2F9B9" w:rsidR="00FD43DC" w:rsidRDefault="00000000">
      <w:pPr>
        <w:rPr>
          <w:rFonts w:ascii="Arial" w:hAnsi="Arial" w:cs="Arial"/>
        </w:rPr>
      </w:pPr>
      <w:proofErr w:type="spellStart"/>
      <w:r w:rsidRPr="00FD43DC">
        <w:rPr>
          <w:rFonts w:ascii="Arial" w:hAnsi="Arial" w:cs="Arial"/>
          <w:b/>
          <w:bCs/>
        </w:rPr>
        <w:t>Ondertekening</w:t>
      </w:r>
      <w:proofErr w:type="spellEnd"/>
      <w:r w:rsidRPr="00FD43DC">
        <w:rPr>
          <w:rFonts w:ascii="Arial" w:hAnsi="Arial" w:cs="Arial"/>
          <w:b/>
          <w:bCs/>
        </w:rPr>
        <w:t xml:space="preserve">  </w:t>
      </w:r>
      <w:r w:rsidR="00FD43DC">
        <w:rPr>
          <w:rFonts w:ascii="Arial" w:hAnsi="Arial" w:cs="Arial"/>
          <w:b/>
          <w:bCs/>
        </w:rPr>
        <w:br/>
      </w:r>
      <w:proofErr w:type="spellStart"/>
      <w:r w:rsidRPr="00FD43DC">
        <w:rPr>
          <w:rFonts w:ascii="Arial" w:hAnsi="Arial" w:cs="Arial"/>
        </w:rPr>
        <w:t>Ondergetekenden</w:t>
      </w:r>
      <w:proofErr w:type="spellEnd"/>
      <w:r w:rsidRPr="00FD43DC">
        <w:rPr>
          <w:rFonts w:ascii="Arial" w:hAnsi="Arial" w:cs="Arial"/>
        </w:rPr>
        <w:t xml:space="preserve"> </w:t>
      </w:r>
      <w:proofErr w:type="spellStart"/>
      <w:r w:rsidRPr="00FD43DC">
        <w:rPr>
          <w:rFonts w:ascii="Arial" w:hAnsi="Arial" w:cs="Arial"/>
        </w:rPr>
        <w:t>verklaren</w:t>
      </w:r>
      <w:proofErr w:type="spellEnd"/>
      <w:r w:rsidRPr="00FD43DC">
        <w:rPr>
          <w:rFonts w:ascii="Arial" w:hAnsi="Arial" w:cs="Arial"/>
        </w:rPr>
        <w:t xml:space="preserve"> </w:t>
      </w:r>
      <w:proofErr w:type="spellStart"/>
      <w:r w:rsidRPr="00FD43DC">
        <w:rPr>
          <w:rFonts w:ascii="Arial" w:hAnsi="Arial" w:cs="Arial"/>
        </w:rPr>
        <w:t>akkoord</w:t>
      </w:r>
      <w:proofErr w:type="spellEnd"/>
      <w:r w:rsidRPr="00FD43DC">
        <w:rPr>
          <w:rFonts w:ascii="Arial" w:hAnsi="Arial" w:cs="Arial"/>
        </w:rPr>
        <w:t xml:space="preserve"> </w:t>
      </w:r>
      <w:proofErr w:type="spellStart"/>
      <w:r w:rsidRPr="00FD43DC">
        <w:rPr>
          <w:rFonts w:ascii="Arial" w:hAnsi="Arial" w:cs="Arial"/>
        </w:rPr>
        <w:t>te</w:t>
      </w:r>
      <w:proofErr w:type="spellEnd"/>
      <w:r w:rsidRPr="00FD43DC">
        <w:rPr>
          <w:rFonts w:ascii="Arial" w:hAnsi="Arial" w:cs="Arial"/>
        </w:rPr>
        <w:t xml:space="preserve"> </w:t>
      </w:r>
      <w:proofErr w:type="spellStart"/>
      <w:r w:rsidRPr="00FD43DC">
        <w:rPr>
          <w:rFonts w:ascii="Arial" w:hAnsi="Arial" w:cs="Arial"/>
        </w:rPr>
        <w:t>gaan</w:t>
      </w:r>
      <w:proofErr w:type="spellEnd"/>
      <w:r w:rsidRPr="00FD43DC">
        <w:rPr>
          <w:rFonts w:ascii="Arial" w:hAnsi="Arial" w:cs="Arial"/>
        </w:rPr>
        <w:t xml:space="preserve"> met </w:t>
      </w:r>
      <w:proofErr w:type="spellStart"/>
      <w:r w:rsidRPr="00FD43DC">
        <w:rPr>
          <w:rFonts w:ascii="Arial" w:hAnsi="Arial" w:cs="Arial"/>
        </w:rPr>
        <w:t>bovenstaande</w:t>
      </w:r>
      <w:proofErr w:type="spellEnd"/>
      <w:r w:rsidRPr="00FD43DC">
        <w:rPr>
          <w:rFonts w:ascii="Arial" w:hAnsi="Arial" w:cs="Arial"/>
        </w:rPr>
        <w:t xml:space="preserve"> </w:t>
      </w:r>
      <w:proofErr w:type="spellStart"/>
      <w:r w:rsidRPr="00FD43DC">
        <w:rPr>
          <w:rFonts w:ascii="Arial" w:hAnsi="Arial" w:cs="Arial"/>
        </w:rPr>
        <w:t>afspraken</w:t>
      </w:r>
      <w:proofErr w:type="spellEnd"/>
      <w:r w:rsidR="00FD43DC">
        <w:rPr>
          <w:rFonts w:ascii="Arial" w:hAnsi="Arial" w:cs="Arial"/>
        </w:rPr>
        <w:t>:</w:t>
      </w:r>
    </w:p>
    <w:p w14:paraId="32EFC614" w14:textId="77777777" w:rsidR="00FD43DC" w:rsidRDefault="00FD43DC">
      <w:pPr>
        <w:rPr>
          <w:rFonts w:ascii="Arial" w:hAnsi="Arial" w:cs="Arial"/>
        </w:rPr>
        <w:sectPr w:rsidR="00FD43DC" w:rsidSect="00034616">
          <w:footerReference w:type="default" r:id="rId8"/>
          <w:pgSz w:w="12240" w:h="15840"/>
          <w:pgMar w:top="1440" w:right="1800" w:bottom="1440" w:left="1800" w:header="720" w:footer="720" w:gutter="0"/>
          <w:cols w:space="720"/>
          <w:docGrid w:linePitch="360"/>
        </w:sectPr>
      </w:pPr>
    </w:p>
    <w:p w14:paraId="5A526003" w14:textId="77777777" w:rsidR="004F3235" w:rsidRPr="00FD43DC" w:rsidRDefault="00000000">
      <w:pPr>
        <w:rPr>
          <w:rFonts w:ascii="Arial" w:hAnsi="Arial" w:cs="Arial"/>
        </w:rPr>
      </w:pPr>
      <w:r w:rsidRPr="00FD43DC">
        <w:rPr>
          <w:rFonts w:ascii="Arial" w:hAnsi="Arial" w:cs="Arial"/>
        </w:rPr>
        <w:t xml:space="preserve">[Naam </w:t>
      </w:r>
      <w:proofErr w:type="spellStart"/>
      <w:r w:rsidRPr="00FD43DC">
        <w:rPr>
          <w:rFonts w:ascii="Arial" w:hAnsi="Arial" w:cs="Arial"/>
        </w:rPr>
        <w:t>vrijwilliger</w:t>
      </w:r>
      <w:proofErr w:type="spellEnd"/>
      <w:r w:rsidRPr="00FD43DC">
        <w:rPr>
          <w:rFonts w:ascii="Arial" w:hAnsi="Arial" w:cs="Arial"/>
        </w:rPr>
        <w:t xml:space="preserve">]  </w:t>
      </w:r>
    </w:p>
    <w:p w14:paraId="253A3ED7" w14:textId="77777777" w:rsidR="004F3235" w:rsidRPr="00FD43DC" w:rsidRDefault="00000000">
      <w:pPr>
        <w:rPr>
          <w:rFonts w:ascii="Arial" w:hAnsi="Arial" w:cs="Arial"/>
        </w:rPr>
      </w:pPr>
      <w:r w:rsidRPr="00FD43DC">
        <w:rPr>
          <w:rFonts w:ascii="Arial" w:hAnsi="Arial" w:cs="Arial"/>
        </w:rPr>
        <w:t xml:space="preserve">Handtekening: _______________________  </w:t>
      </w:r>
    </w:p>
    <w:p w14:paraId="46897939" w14:textId="77777777" w:rsidR="004F3235" w:rsidRPr="00FD43DC" w:rsidRDefault="00000000">
      <w:pPr>
        <w:rPr>
          <w:rFonts w:ascii="Arial" w:hAnsi="Arial" w:cs="Arial"/>
        </w:rPr>
      </w:pPr>
      <w:r w:rsidRPr="00FD43DC">
        <w:rPr>
          <w:rFonts w:ascii="Arial" w:hAnsi="Arial" w:cs="Arial"/>
        </w:rPr>
        <w:t xml:space="preserve">Datum: ________________  </w:t>
      </w:r>
    </w:p>
    <w:p w14:paraId="22FC659D" w14:textId="77777777" w:rsidR="004F3235" w:rsidRPr="00FD43DC" w:rsidRDefault="004F3235">
      <w:pPr>
        <w:rPr>
          <w:rFonts w:ascii="Arial" w:hAnsi="Arial" w:cs="Arial"/>
        </w:rPr>
      </w:pPr>
    </w:p>
    <w:p w14:paraId="47D2ECB6" w14:textId="77777777" w:rsidR="004F3235" w:rsidRPr="00FD43DC" w:rsidRDefault="00000000">
      <w:pPr>
        <w:rPr>
          <w:rFonts w:ascii="Arial" w:hAnsi="Arial" w:cs="Arial"/>
        </w:rPr>
      </w:pPr>
      <w:r w:rsidRPr="00FD43DC">
        <w:rPr>
          <w:rFonts w:ascii="Arial" w:hAnsi="Arial" w:cs="Arial"/>
        </w:rPr>
        <w:t xml:space="preserve">[Naam contactpersoon organisatie]  </w:t>
      </w:r>
    </w:p>
    <w:p w14:paraId="01CFD032" w14:textId="77777777" w:rsidR="004F3235" w:rsidRPr="00FD43DC" w:rsidRDefault="00000000">
      <w:pPr>
        <w:rPr>
          <w:rFonts w:ascii="Arial" w:hAnsi="Arial" w:cs="Arial"/>
        </w:rPr>
      </w:pPr>
      <w:r w:rsidRPr="00FD43DC">
        <w:rPr>
          <w:rFonts w:ascii="Arial" w:hAnsi="Arial" w:cs="Arial"/>
        </w:rPr>
        <w:t xml:space="preserve">Handtekening: _______________________  </w:t>
      </w:r>
    </w:p>
    <w:p w14:paraId="1C72CBFB" w14:textId="77777777" w:rsidR="004F3235" w:rsidRPr="00FD43DC" w:rsidRDefault="00000000">
      <w:pPr>
        <w:rPr>
          <w:rFonts w:ascii="Arial" w:hAnsi="Arial" w:cs="Arial"/>
        </w:rPr>
      </w:pPr>
      <w:r w:rsidRPr="00FD43DC">
        <w:rPr>
          <w:rFonts w:ascii="Arial" w:hAnsi="Arial" w:cs="Arial"/>
        </w:rPr>
        <w:t>Datum: ________________</w:t>
      </w:r>
    </w:p>
    <w:p w14:paraId="338EB4D3" w14:textId="77777777" w:rsidR="00FD43DC" w:rsidRDefault="00FD43DC">
      <w:pPr>
        <w:rPr>
          <w:rFonts w:ascii="Arial" w:hAnsi="Arial" w:cs="Arial"/>
        </w:rPr>
        <w:sectPr w:rsidR="00FD43DC" w:rsidSect="00FD43DC">
          <w:type w:val="continuous"/>
          <w:pgSz w:w="12240" w:h="15840"/>
          <w:pgMar w:top="1440" w:right="1800" w:bottom="1440" w:left="1800" w:header="720" w:footer="720" w:gutter="0"/>
          <w:cols w:num="2" w:space="720"/>
          <w:docGrid w:linePitch="360"/>
        </w:sectPr>
      </w:pPr>
    </w:p>
    <w:p w14:paraId="7B083067" w14:textId="77777777" w:rsidR="004F3235" w:rsidRPr="00FD43DC" w:rsidRDefault="004F3235">
      <w:pPr>
        <w:rPr>
          <w:rFonts w:ascii="Arial" w:hAnsi="Arial" w:cs="Arial"/>
        </w:rPr>
      </w:pPr>
    </w:p>
    <w:sectPr w:rsidR="004F3235" w:rsidRPr="00FD43DC" w:rsidSect="00FD43DC">
      <w:type w:val="continuous"/>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D42E4B" w14:textId="77777777" w:rsidR="00AD040F" w:rsidRDefault="00AD040F" w:rsidP="00FD43DC">
      <w:pPr>
        <w:spacing w:after="0" w:line="240" w:lineRule="auto"/>
      </w:pPr>
      <w:r>
        <w:separator/>
      </w:r>
    </w:p>
  </w:endnote>
  <w:endnote w:type="continuationSeparator" w:id="0">
    <w:p w14:paraId="74FC7FD8" w14:textId="77777777" w:rsidR="00AD040F" w:rsidRDefault="00AD040F" w:rsidP="00FD43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00963730"/>
      <w:docPartObj>
        <w:docPartGallery w:val="Page Numbers (Bottom of Page)"/>
        <w:docPartUnique/>
      </w:docPartObj>
    </w:sdtPr>
    <w:sdtContent>
      <w:p w14:paraId="09238536" w14:textId="669D4620" w:rsidR="00FD43DC" w:rsidRDefault="00FD43DC">
        <w:pPr>
          <w:pStyle w:val="Voettekst"/>
          <w:jc w:val="right"/>
        </w:pPr>
        <w:r>
          <w:fldChar w:fldCharType="begin"/>
        </w:r>
        <w:r>
          <w:instrText>PAGE   \* MERGEFORMAT</w:instrText>
        </w:r>
        <w:r>
          <w:fldChar w:fldCharType="separate"/>
        </w:r>
        <w:r>
          <w:rPr>
            <w:lang w:val="nl-NL"/>
          </w:rPr>
          <w:t>2</w:t>
        </w:r>
        <w:r>
          <w:fldChar w:fldCharType="end"/>
        </w:r>
      </w:p>
    </w:sdtContent>
  </w:sdt>
  <w:p w14:paraId="7A059311" w14:textId="77777777" w:rsidR="00FD43DC" w:rsidRDefault="00FD43D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3AA12B" w14:textId="77777777" w:rsidR="00AD040F" w:rsidRDefault="00AD040F" w:rsidP="00FD43DC">
      <w:pPr>
        <w:spacing w:after="0" w:line="240" w:lineRule="auto"/>
      </w:pPr>
      <w:r>
        <w:separator/>
      </w:r>
    </w:p>
  </w:footnote>
  <w:footnote w:type="continuationSeparator" w:id="0">
    <w:p w14:paraId="0F2A5A5F" w14:textId="77777777" w:rsidR="00AD040F" w:rsidRDefault="00AD040F" w:rsidP="00FD43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jstnummering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jstnummering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jstopsomteken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jstopsomteken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jstnummering"/>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jstopsomteken"/>
      <w:lvlText w:val=""/>
      <w:lvlJc w:val="left"/>
      <w:pPr>
        <w:tabs>
          <w:tab w:val="num" w:pos="360"/>
        </w:tabs>
        <w:ind w:left="360" w:hanging="360"/>
      </w:pPr>
      <w:rPr>
        <w:rFonts w:ascii="Symbol" w:hAnsi="Symbol" w:hint="default"/>
      </w:rPr>
    </w:lvl>
  </w:abstractNum>
  <w:num w:numId="1" w16cid:durableId="1586305443">
    <w:abstractNumId w:val="8"/>
  </w:num>
  <w:num w:numId="2" w16cid:durableId="159930863">
    <w:abstractNumId w:val="6"/>
  </w:num>
  <w:num w:numId="3" w16cid:durableId="1994487294">
    <w:abstractNumId w:val="5"/>
  </w:num>
  <w:num w:numId="4" w16cid:durableId="998777061">
    <w:abstractNumId w:val="4"/>
  </w:num>
  <w:num w:numId="5" w16cid:durableId="323121974">
    <w:abstractNumId w:val="7"/>
  </w:num>
  <w:num w:numId="6" w16cid:durableId="1909925600">
    <w:abstractNumId w:val="3"/>
  </w:num>
  <w:num w:numId="7" w16cid:durableId="1709642404">
    <w:abstractNumId w:val="2"/>
  </w:num>
  <w:num w:numId="8" w16cid:durableId="1135676659">
    <w:abstractNumId w:val="1"/>
  </w:num>
  <w:num w:numId="9" w16cid:durableId="14278474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6063C"/>
    <w:rsid w:val="0015074B"/>
    <w:rsid w:val="00271931"/>
    <w:rsid w:val="0029639D"/>
    <w:rsid w:val="00326F90"/>
    <w:rsid w:val="004F3235"/>
    <w:rsid w:val="00AA1D8D"/>
    <w:rsid w:val="00AD040F"/>
    <w:rsid w:val="00B47730"/>
    <w:rsid w:val="00CB0664"/>
    <w:rsid w:val="00FC693F"/>
    <w:rsid w:val="00FD43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D9836AF"/>
  <w14:defaultImageDpi w14:val="300"/>
  <w15:docId w15:val="{22B7D291-E80A-4963-9860-BE2CA45CF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C693F"/>
  </w:style>
  <w:style w:type="paragraph" w:styleId="Kop1">
    <w:name w:val="heading 1"/>
    <w:basedOn w:val="Standaard"/>
    <w:next w:val="Standaard"/>
    <w:link w:val="Kop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Kop2">
    <w:name w:val="heading 2"/>
    <w:basedOn w:val="Standaard"/>
    <w:next w:val="Standaard"/>
    <w:link w:val="Kop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Kop3">
    <w:name w:val="heading 3"/>
    <w:basedOn w:val="Standaard"/>
    <w:next w:val="Standaard"/>
    <w:link w:val="Kop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Kop4">
    <w:name w:val="heading 4"/>
    <w:basedOn w:val="Standaard"/>
    <w:next w:val="Standaard"/>
    <w:link w:val="Kop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Kop5">
    <w:name w:val="heading 5"/>
    <w:basedOn w:val="Standaard"/>
    <w:next w:val="Standaard"/>
    <w:link w:val="Kop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Kop9">
    <w:name w:val="heading 9"/>
    <w:basedOn w:val="Standaard"/>
    <w:next w:val="Standaard"/>
    <w:link w:val="Kop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E618BF"/>
    <w:pPr>
      <w:tabs>
        <w:tab w:val="center" w:pos="4680"/>
        <w:tab w:val="right" w:pos="9360"/>
      </w:tabs>
      <w:spacing w:after="0" w:line="240" w:lineRule="auto"/>
    </w:pPr>
  </w:style>
  <w:style w:type="character" w:customStyle="1" w:styleId="KoptekstChar">
    <w:name w:val="Koptekst Char"/>
    <w:basedOn w:val="Standaardalinea-lettertype"/>
    <w:link w:val="Koptekst"/>
    <w:uiPriority w:val="99"/>
    <w:rsid w:val="00E618BF"/>
  </w:style>
  <w:style w:type="paragraph" w:styleId="Voettekst">
    <w:name w:val="footer"/>
    <w:basedOn w:val="Standaard"/>
    <w:link w:val="VoettekstChar"/>
    <w:uiPriority w:val="99"/>
    <w:unhideWhenUsed/>
    <w:rsid w:val="00E618BF"/>
    <w:pPr>
      <w:tabs>
        <w:tab w:val="center" w:pos="4680"/>
        <w:tab w:val="right" w:pos="9360"/>
      </w:tabs>
      <w:spacing w:after="0" w:line="240" w:lineRule="auto"/>
    </w:pPr>
  </w:style>
  <w:style w:type="character" w:customStyle="1" w:styleId="VoettekstChar">
    <w:name w:val="Voettekst Char"/>
    <w:basedOn w:val="Standaardalinea-lettertype"/>
    <w:link w:val="Voettekst"/>
    <w:uiPriority w:val="99"/>
    <w:rsid w:val="00E618BF"/>
  </w:style>
  <w:style w:type="paragraph" w:styleId="Geenafstand">
    <w:name w:val="No Spacing"/>
    <w:uiPriority w:val="1"/>
    <w:qFormat/>
    <w:rsid w:val="00FC693F"/>
    <w:pPr>
      <w:spacing w:after="0" w:line="240" w:lineRule="auto"/>
    </w:pPr>
  </w:style>
  <w:style w:type="character" w:customStyle="1" w:styleId="Kop1Char">
    <w:name w:val="Kop 1 Char"/>
    <w:basedOn w:val="Standaardalinea-lettertype"/>
    <w:link w:val="Kop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Kop2Char">
    <w:name w:val="Kop 2 Char"/>
    <w:basedOn w:val="Standaardalinea-lettertype"/>
    <w:link w:val="Kop2"/>
    <w:uiPriority w:val="9"/>
    <w:rsid w:val="00FC693F"/>
    <w:rPr>
      <w:rFonts w:asciiTheme="majorHAnsi" w:eastAsiaTheme="majorEastAsia" w:hAnsiTheme="majorHAnsi" w:cstheme="majorBidi"/>
      <w:b/>
      <w:bCs/>
      <w:color w:val="4F81BD" w:themeColor="accent1"/>
      <w:sz w:val="26"/>
      <w:szCs w:val="26"/>
    </w:rPr>
  </w:style>
  <w:style w:type="character" w:customStyle="1" w:styleId="Kop3Char">
    <w:name w:val="Kop 3 Char"/>
    <w:basedOn w:val="Standaardalinea-lettertype"/>
    <w:link w:val="Kop3"/>
    <w:uiPriority w:val="9"/>
    <w:rsid w:val="00FC693F"/>
    <w:rPr>
      <w:rFonts w:asciiTheme="majorHAnsi" w:eastAsiaTheme="majorEastAsia" w:hAnsiTheme="majorHAnsi" w:cstheme="majorBidi"/>
      <w:b/>
      <w:bCs/>
      <w:color w:val="4F81BD" w:themeColor="accent1"/>
    </w:rPr>
  </w:style>
  <w:style w:type="paragraph" w:styleId="Titel">
    <w:name w:val="Title"/>
    <w:basedOn w:val="Standaard"/>
    <w:next w:val="Standaard"/>
    <w:link w:val="Titel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Ondertitel">
    <w:name w:val="Subtitle"/>
    <w:basedOn w:val="Standaard"/>
    <w:next w:val="Standaard"/>
    <w:link w:val="Ondertitel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OndertitelChar">
    <w:name w:val="Ondertitel Char"/>
    <w:basedOn w:val="Standaardalinea-lettertype"/>
    <w:link w:val="Ondertitel"/>
    <w:uiPriority w:val="11"/>
    <w:rsid w:val="00FC693F"/>
    <w:rPr>
      <w:rFonts w:asciiTheme="majorHAnsi" w:eastAsiaTheme="majorEastAsia" w:hAnsiTheme="majorHAnsi" w:cstheme="majorBidi"/>
      <w:i/>
      <w:iCs/>
      <w:color w:val="4F81BD" w:themeColor="accent1"/>
      <w:spacing w:val="15"/>
      <w:sz w:val="24"/>
      <w:szCs w:val="24"/>
    </w:rPr>
  </w:style>
  <w:style w:type="paragraph" w:styleId="Lijstalinea">
    <w:name w:val="List Paragraph"/>
    <w:basedOn w:val="Standaard"/>
    <w:uiPriority w:val="34"/>
    <w:qFormat/>
    <w:rsid w:val="00FC693F"/>
    <w:pPr>
      <w:ind w:left="720"/>
      <w:contextualSpacing/>
    </w:pPr>
  </w:style>
  <w:style w:type="paragraph" w:styleId="Plattetekst">
    <w:name w:val="Body Text"/>
    <w:basedOn w:val="Standaard"/>
    <w:link w:val="PlattetekstChar"/>
    <w:uiPriority w:val="99"/>
    <w:unhideWhenUsed/>
    <w:rsid w:val="00AA1D8D"/>
    <w:pPr>
      <w:spacing w:after="120"/>
    </w:pPr>
  </w:style>
  <w:style w:type="character" w:customStyle="1" w:styleId="PlattetekstChar">
    <w:name w:val="Platte tekst Char"/>
    <w:basedOn w:val="Standaardalinea-lettertype"/>
    <w:link w:val="Plattetekst"/>
    <w:uiPriority w:val="99"/>
    <w:rsid w:val="00AA1D8D"/>
  </w:style>
  <w:style w:type="paragraph" w:styleId="Plattetekst2">
    <w:name w:val="Body Text 2"/>
    <w:basedOn w:val="Standaard"/>
    <w:link w:val="Plattetekst2Char"/>
    <w:uiPriority w:val="99"/>
    <w:unhideWhenUsed/>
    <w:rsid w:val="00AA1D8D"/>
    <w:pPr>
      <w:spacing w:after="120" w:line="480" w:lineRule="auto"/>
    </w:pPr>
  </w:style>
  <w:style w:type="character" w:customStyle="1" w:styleId="Plattetekst2Char">
    <w:name w:val="Platte tekst 2 Char"/>
    <w:basedOn w:val="Standaardalinea-lettertype"/>
    <w:link w:val="Plattetekst2"/>
    <w:uiPriority w:val="99"/>
    <w:rsid w:val="00AA1D8D"/>
  </w:style>
  <w:style w:type="paragraph" w:styleId="Plattetekst3">
    <w:name w:val="Body Text 3"/>
    <w:basedOn w:val="Standaard"/>
    <w:link w:val="Plattetekst3Char"/>
    <w:uiPriority w:val="99"/>
    <w:unhideWhenUsed/>
    <w:rsid w:val="00AA1D8D"/>
    <w:pPr>
      <w:spacing w:after="120"/>
    </w:pPr>
    <w:rPr>
      <w:sz w:val="16"/>
      <w:szCs w:val="16"/>
    </w:rPr>
  </w:style>
  <w:style w:type="character" w:customStyle="1" w:styleId="Plattetekst3Char">
    <w:name w:val="Platte tekst 3 Char"/>
    <w:basedOn w:val="Standaardalinea-lettertype"/>
    <w:link w:val="Plattetekst3"/>
    <w:uiPriority w:val="99"/>
    <w:rsid w:val="00AA1D8D"/>
    <w:rPr>
      <w:sz w:val="16"/>
      <w:szCs w:val="16"/>
    </w:rPr>
  </w:style>
  <w:style w:type="paragraph" w:styleId="Lijst">
    <w:name w:val="List"/>
    <w:basedOn w:val="Standaard"/>
    <w:uiPriority w:val="99"/>
    <w:unhideWhenUsed/>
    <w:rsid w:val="00AA1D8D"/>
    <w:pPr>
      <w:ind w:left="360" w:hanging="360"/>
      <w:contextualSpacing/>
    </w:pPr>
  </w:style>
  <w:style w:type="paragraph" w:styleId="Lijst2">
    <w:name w:val="List 2"/>
    <w:basedOn w:val="Standaard"/>
    <w:uiPriority w:val="99"/>
    <w:unhideWhenUsed/>
    <w:rsid w:val="00326F90"/>
    <w:pPr>
      <w:ind w:left="720" w:hanging="360"/>
      <w:contextualSpacing/>
    </w:pPr>
  </w:style>
  <w:style w:type="paragraph" w:styleId="Lijst3">
    <w:name w:val="List 3"/>
    <w:basedOn w:val="Standaard"/>
    <w:uiPriority w:val="99"/>
    <w:unhideWhenUsed/>
    <w:rsid w:val="00326F90"/>
    <w:pPr>
      <w:ind w:left="1080" w:hanging="360"/>
      <w:contextualSpacing/>
    </w:pPr>
  </w:style>
  <w:style w:type="paragraph" w:styleId="Lijstopsomteken">
    <w:name w:val="List Bullet"/>
    <w:basedOn w:val="Standaard"/>
    <w:uiPriority w:val="99"/>
    <w:unhideWhenUsed/>
    <w:rsid w:val="00326F90"/>
    <w:pPr>
      <w:numPr>
        <w:numId w:val="1"/>
      </w:numPr>
      <w:contextualSpacing/>
    </w:pPr>
  </w:style>
  <w:style w:type="paragraph" w:styleId="Lijstopsomteken2">
    <w:name w:val="List Bullet 2"/>
    <w:basedOn w:val="Standaard"/>
    <w:uiPriority w:val="99"/>
    <w:unhideWhenUsed/>
    <w:rsid w:val="00326F90"/>
    <w:pPr>
      <w:numPr>
        <w:numId w:val="2"/>
      </w:numPr>
      <w:contextualSpacing/>
    </w:pPr>
  </w:style>
  <w:style w:type="paragraph" w:styleId="Lijstopsomteken3">
    <w:name w:val="List Bullet 3"/>
    <w:basedOn w:val="Standaard"/>
    <w:uiPriority w:val="99"/>
    <w:unhideWhenUsed/>
    <w:rsid w:val="00326F90"/>
    <w:pPr>
      <w:numPr>
        <w:numId w:val="3"/>
      </w:numPr>
      <w:contextualSpacing/>
    </w:pPr>
  </w:style>
  <w:style w:type="paragraph" w:styleId="Lijstnummering">
    <w:name w:val="List Number"/>
    <w:basedOn w:val="Standaard"/>
    <w:uiPriority w:val="99"/>
    <w:unhideWhenUsed/>
    <w:rsid w:val="00326F90"/>
    <w:pPr>
      <w:numPr>
        <w:numId w:val="5"/>
      </w:numPr>
      <w:contextualSpacing/>
    </w:pPr>
  </w:style>
  <w:style w:type="paragraph" w:styleId="Lijstnummering2">
    <w:name w:val="List Number 2"/>
    <w:basedOn w:val="Standaard"/>
    <w:uiPriority w:val="99"/>
    <w:unhideWhenUsed/>
    <w:rsid w:val="0029639D"/>
    <w:pPr>
      <w:numPr>
        <w:numId w:val="6"/>
      </w:numPr>
      <w:contextualSpacing/>
    </w:pPr>
  </w:style>
  <w:style w:type="paragraph" w:styleId="Lijstnummering3">
    <w:name w:val="List Number 3"/>
    <w:basedOn w:val="Standaard"/>
    <w:uiPriority w:val="99"/>
    <w:unhideWhenUsed/>
    <w:rsid w:val="0029639D"/>
    <w:pPr>
      <w:numPr>
        <w:numId w:val="7"/>
      </w:numPr>
      <w:contextualSpacing/>
    </w:pPr>
  </w:style>
  <w:style w:type="paragraph" w:styleId="Lijstvoortzetting">
    <w:name w:val="List Continue"/>
    <w:basedOn w:val="Standaard"/>
    <w:uiPriority w:val="99"/>
    <w:unhideWhenUsed/>
    <w:rsid w:val="0029639D"/>
    <w:pPr>
      <w:spacing w:after="120"/>
      <w:ind w:left="360"/>
      <w:contextualSpacing/>
    </w:pPr>
  </w:style>
  <w:style w:type="paragraph" w:styleId="Lijstvoortzetting2">
    <w:name w:val="List Continue 2"/>
    <w:basedOn w:val="Standaard"/>
    <w:uiPriority w:val="99"/>
    <w:unhideWhenUsed/>
    <w:rsid w:val="0029639D"/>
    <w:pPr>
      <w:spacing w:after="120"/>
      <w:ind w:left="720"/>
      <w:contextualSpacing/>
    </w:pPr>
  </w:style>
  <w:style w:type="paragraph" w:styleId="Lijstvoortzetting3">
    <w:name w:val="List Continue 3"/>
    <w:basedOn w:val="Standaard"/>
    <w:uiPriority w:val="99"/>
    <w:unhideWhenUsed/>
    <w:rsid w:val="0029639D"/>
    <w:pPr>
      <w:spacing w:after="120"/>
      <w:ind w:left="1080"/>
      <w:contextualSpacing/>
    </w:pPr>
  </w:style>
  <w:style w:type="paragraph" w:styleId="Macrotekst">
    <w:name w:val="macro"/>
    <w:link w:val="Macroteks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kstChar">
    <w:name w:val="Macrotekst Char"/>
    <w:basedOn w:val="Standaardalinea-lettertype"/>
    <w:link w:val="Macrotekst"/>
    <w:uiPriority w:val="99"/>
    <w:rsid w:val="0029639D"/>
    <w:rPr>
      <w:rFonts w:ascii="Courier" w:hAnsi="Courier"/>
      <w:sz w:val="20"/>
      <w:szCs w:val="20"/>
    </w:rPr>
  </w:style>
  <w:style w:type="paragraph" w:styleId="Citaat">
    <w:name w:val="Quote"/>
    <w:basedOn w:val="Standaard"/>
    <w:next w:val="Standaard"/>
    <w:link w:val="CitaatChar"/>
    <w:uiPriority w:val="29"/>
    <w:qFormat/>
    <w:rsid w:val="00FC693F"/>
    <w:rPr>
      <w:i/>
      <w:iCs/>
      <w:color w:val="000000" w:themeColor="text1"/>
    </w:rPr>
  </w:style>
  <w:style w:type="character" w:customStyle="1" w:styleId="CitaatChar">
    <w:name w:val="Citaat Char"/>
    <w:basedOn w:val="Standaardalinea-lettertype"/>
    <w:link w:val="Citaat"/>
    <w:uiPriority w:val="29"/>
    <w:rsid w:val="00FC693F"/>
    <w:rPr>
      <w:i/>
      <w:iCs/>
      <w:color w:val="000000" w:themeColor="text1"/>
    </w:rPr>
  </w:style>
  <w:style w:type="character" w:customStyle="1" w:styleId="Kop4Char">
    <w:name w:val="Kop 4 Char"/>
    <w:basedOn w:val="Standaardalinea-lettertype"/>
    <w:link w:val="Kop4"/>
    <w:uiPriority w:val="9"/>
    <w:semiHidden/>
    <w:rsid w:val="00FC693F"/>
    <w:rPr>
      <w:rFonts w:asciiTheme="majorHAnsi" w:eastAsiaTheme="majorEastAsia" w:hAnsiTheme="majorHAnsi" w:cstheme="majorBidi"/>
      <w:b/>
      <w:bCs/>
      <w:i/>
      <w:iCs/>
      <w:color w:val="4F81BD" w:themeColor="accent1"/>
    </w:rPr>
  </w:style>
  <w:style w:type="character" w:customStyle="1" w:styleId="Kop5Char">
    <w:name w:val="Kop 5 Char"/>
    <w:basedOn w:val="Standaardalinea-lettertype"/>
    <w:link w:val="Kop5"/>
    <w:uiPriority w:val="9"/>
    <w:semiHidden/>
    <w:rsid w:val="00FC693F"/>
    <w:rPr>
      <w:rFonts w:asciiTheme="majorHAnsi" w:eastAsiaTheme="majorEastAsia" w:hAnsiTheme="majorHAnsi" w:cstheme="majorBidi"/>
      <w:color w:val="243F60" w:themeColor="accent1" w:themeShade="7F"/>
    </w:rPr>
  </w:style>
  <w:style w:type="character" w:customStyle="1" w:styleId="Kop6Char">
    <w:name w:val="Kop 6 Char"/>
    <w:basedOn w:val="Standaardalinea-lettertype"/>
    <w:link w:val="Kop6"/>
    <w:uiPriority w:val="9"/>
    <w:semiHidden/>
    <w:rsid w:val="00FC693F"/>
    <w:rPr>
      <w:rFonts w:asciiTheme="majorHAnsi" w:eastAsiaTheme="majorEastAsia" w:hAnsiTheme="majorHAnsi" w:cstheme="majorBidi"/>
      <w:i/>
      <w:iCs/>
      <w:color w:val="243F60" w:themeColor="accent1" w:themeShade="7F"/>
    </w:rPr>
  </w:style>
  <w:style w:type="character" w:customStyle="1" w:styleId="Kop7Char">
    <w:name w:val="Kop 7 Char"/>
    <w:basedOn w:val="Standaardalinea-lettertype"/>
    <w:link w:val="Kop7"/>
    <w:uiPriority w:val="9"/>
    <w:semiHidden/>
    <w:rsid w:val="00FC693F"/>
    <w:rPr>
      <w:rFonts w:asciiTheme="majorHAnsi" w:eastAsiaTheme="majorEastAsia" w:hAnsiTheme="majorHAnsi" w:cstheme="majorBidi"/>
      <w:i/>
      <w:iCs/>
      <w:color w:val="404040" w:themeColor="text1" w:themeTint="BF"/>
    </w:rPr>
  </w:style>
  <w:style w:type="character" w:customStyle="1" w:styleId="Kop8Char">
    <w:name w:val="Kop 8 Char"/>
    <w:basedOn w:val="Standaardalinea-lettertype"/>
    <w:link w:val="Kop8"/>
    <w:uiPriority w:val="9"/>
    <w:semiHidden/>
    <w:rsid w:val="00FC693F"/>
    <w:rPr>
      <w:rFonts w:asciiTheme="majorHAnsi" w:eastAsiaTheme="majorEastAsia" w:hAnsiTheme="majorHAnsi" w:cstheme="majorBidi"/>
      <w:color w:val="4F81BD" w:themeColor="accent1"/>
      <w:sz w:val="20"/>
      <w:szCs w:val="20"/>
    </w:rPr>
  </w:style>
  <w:style w:type="character" w:customStyle="1" w:styleId="Kop9Char">
    <w:name w:val="Kop 9 Char"/>
    <w:basedOn w:val="Standaardalinea-lettertype"/>
    <w:link w:val="Kop9"/>
    <w:uiPriority w:val="9"/>
    <w:semiHidden/>
    <w:rsid w:val="00FC693F"/>
    <w:rPr>
      <w:rFonts w:asciiTheme="majorHAnsi" w:eastAsiaTheme="majorEastAsia" w:hAnsiTheme="majorHAnsi" w:cstheme="majorBidi"/>
      <w:i/>
      <w:iCs/>
      <w:color w:val="404040" w:themeColor="text1" w:themeTint="BF"/>
      <w:sz w:val="20"/>
      <w:szCs w:val="20"/>
    </w:rPr>
  </w:style>
  <w:style w:type="paragraph" w:styleId="Bijschrift">
    <w:name w:val="caption"/>
    <w:basedOn w:val="Standaard"/>
    <w:next w:val="Standaard"/>
    <w:uiPriority w:val="35"/>
    <w:semiHidden/>
    <w:unhideWhenUsed/>
    <w:qFormat/>
    <w:rsid w:val="00FC693F"/>
    <w:pPr>
      <w:spacing w:line="240" w:lineRule="auto"/>
    </w:pPr>
    <w:rPr>
      <w:b/>
      <w:bCs/>
      <w:color w:val="4F81BD" w:themeColor="accent1"/>
      <w:sz w:val="18"/>
      <w:szCs w:val="18"/>
    </w:rPr>
  </w:style>
  <w:style w:type="character" w:styleId="Zwaar">
    <w:name w:val="Strong"/>
    <w:basedOn w:val="Standaardalinea-lettertype"/>
    <w:uiPriority w:val="22"/>
    <w:qFormat/>
    <w:rsid w:val="00FC693F"/>
    <w:rPr>
      <w:b/>
      <w:bCs/>
    </w:rPr>
  </w:style>
  <w:style w:type="character" w:styleId="Nadruk">
    <w:name w:val="Emphasis"/>
    <w:basedOn w:val="Standaardalinea-lettertype"/>
    <w:uiPriority w:val="20"/>
    <w:qFormat/>
    <w:rsid w:val="00FC693F"/>
    <w:rPr>
      <w:i/>
      <w:iCs/>
    </w:rPr>
  </w:style>
  <w:style w:type="paragraph" w:styleId="Duidelijkcitaat">
    <w:name w:val="Intense Quote"/>
    <w:basedOn w:val="Standaard"/>
    <w:next w:val="Standaard"/>
    <w:link w:val="Duidelijkcitaat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DuidelijkcitaatChar">
    <w:name w:val="Duidelijk citaat Char"/>
    <w:basedOn w:val="Standaardalinea-lettertype"/>
    <w:link w:val="Duidelijkcitaat"/>
    <w:uiPriority w:val="30"/>
    <w:rsid w:val="00FC693F"/>
    <w:rPr>
      <w:b/>
      <w:bCs/>
      <w:i/>
      <w:iCs/>
      <w:color w:val="4F81BD" w:themeColor="accent1"/>
    </w:rPr>
  </w:style>
  <w:style w:type="character" w:styleId="Subtielebenadrukking">
    <w:name w:val="Subtle Emphasis"/>
    <w:basedOn w:val="Standaardalinea-lettertype"/>
    <w:uiPriority w:val="19"/>
    <w:qFormat/>
    <w:rsid w:val="00FC693F"/>
    <w:rPr>
      <w:i/>
      <w:iCs/>
      <w:color w:val="808080" w:themeColor="text1" w:themeTint="7F"/>
    </w:rPr>
  </w:style>
  <w:style w:type="character" w:styleId="Intensievebenadrukking">
    <w:name w:val="Intense Emphasis"/>
    <w:basedOn w:val="Standaardalinea-lettertype"/>
    <w:uiPriority w:val="21"/>
    <w:qFormat/>
    <w:rsid w:val="00FC693F"/>
    <w:rPr>
      <w:b/>
      <w:bCs/>
      <w:i/>
      <w:iCs/>
      <w:color w:val="4F81BD" w:themeColor="accent1"/>
    </w:rPr>
  </w:style>
  <w:style w:type="character" w:styleId="Subtieleverwijzing">
    <w:name w:val="Subtle Reference"/>
    <w:basedOn w:val="Standaardalinea-lettertype"/>
    <w:uiPriority w:val="31"/>
    <w:qFormat/>
    <w:rsid w:val="00FC693F"/>
    <w:rPr>
      <w:smallCaps/>
      <w:color w:val="C0504D" w:themeColor="accent2"/>
      <w:u w:val="single"/>
    </w:rPr>
  </w:style>
  <w:style w:type="character" w:styleId="Intensieveverwijzing">
    <w:name w:val="Intense Reference"/>
    <w:basedOn w:val="Standaardalinea-lettertype"/>
    <w:uiPriority w:val="32"/>
    <w:qFormat/>
    <w:rsid w:val="00FC693F"/>
    <w:rPr>
      <w:b/>
      <w:bCs/>
      <w:smallCaps/>
      <w:color w:val="C0504D" w:themeColor="accent2"/>
      <w:spacing w:val="5"/>
      <w:u w:val="single"/>
    </w:rPr>
  </w:style>
  <w:style w:type="character" w:styleId="Titelvanboek">
    <w:name w:val="Book Title"/>
    <w:basedOn w:val="Standaardalinea-lettertype"/>
    <w:uiPriority w:val="33"/>
    <w:qFormat/>
    <w:rsid w:val="00FC693F"/>
    <w:rPr>
      <w:b/>
      <w:bCs/>
      <w:smallCaps/>
      <w:spacing w:val="5"/>
    </w:rPr>
  </w:style>
  <w:style w:type="paragraph" w:styleId="Kopvaninhoudsopgave">
    <w:name w:val="TOC Heading"/>
    <w:basedOn w:val="Kop1"/>
    <w:next w:val="Standaard"/>
    <w:uiPriority w:val="39"/>
    <w:semiHidden/>
    <w:unhideWhenUsed/>
    <w:qFormat/>
    <w:rsid w:val="00FC693F"/>
    <w:pPr>
      <w:outlineLvl w:val="9"/>
    </w:pPr>
  </w:style>
  <w:style w:type="table" w:styleId="Tabelraster">
    <w:name w:val="Table Grid"/>
    <w:basedOn w:val="Standaardtabe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chtearcering">
    <w:name w:val="Light Shading"/>
    <w:basedOn w:val="Standaardtabe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chtearcering-accent1">
    <w:name w:val="Light Shading Accent 1"/>
    <w:basedOn w:val="Standaardtabe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chtearcering-accent2">
    <w:name w:val="Light Shading Accent 2"/>
    <w:basedOn w:val="Standaardtabe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chtearcering-accent3">
    <w:name w:val="Light Shading Accent 3"/>
    <w:basedOn w:val="Standaardtabe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chtearcering-accent4">
    <w:name w:val="Light Shading Accent 4"/>
    <w:basedOn w:val="Standaardtabe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chtearcering-accent5">
    <w:name w:val="Light Shading Accent 5"/>
    <w:basedOn w:val="Standaardtabe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chtearcering-accent6">
    <w:name w:val="Light Shading Accent 6"/>
    <w:basedOn w:val="Standaardtabe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chtelijst">
    <w:name w:val="Light List"/>
    <w:basedOn w:val="Standaardtabe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chtelijst-accent1">
    <w:name w:val="Light List Accent 1"/>
    <w:basedOn w:val="Standaardtabe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chtelijst-accent2">
    <w:name w:val="Light List Accent 2"/>
    <w:basedOn w:val="Standaardtabe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chtelijst-accent3">
    <w:name w:val="Light List Accent 3"/>
    <w:basedOn w:val="Standaardtabe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chtelijst-accent4">
    <w:name w:val="Light List Accent 4"/>
    <w:basedOn w:val="Standaardtabe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chtelijst-accent5">
    <w:name w:val="Light List Accent 5"/>
    <w:basedOn w:val="Standaardtabe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chtelijst-accent6">
    <w:name w:val="Light List Accent 6"/>
    <w:basedOn w:val="Standaardtabe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chtraster">
    <w:name w:val="Light Grid"/>
    <w:basedOn w:val="Standaardtabe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chtraster-accent1">
    <w:name w:val="Light Grid Accent 1"/>
    <w:basedOn w:val="Standaardtabe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chtraster-accent2">
    <w:name w:val="Light Grid Accent 2"/>
    <w:basedOn w:val="Standaardtabe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chtraster-accent3">
    <w:name w:val="Light Grid Accent 3"/>
    <w:basedOn w:val="Standaardtabe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chtraster-accent4">
    <w:name w:val="Light Grid Accent 4"/>
    <w:basedOn w:val="Standaardtabe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chtraster-accent5">
    <w:name w:val="Light Grid Accent 5"/>
    <w:basedOn w:val="Standaardtabe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chtraster-accent6">
    <w:name w:val="Light Grid Accent 6"/>
    <w:basedOn w:val="Standaardtabe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Gemiddeldearcering1">
    <w:name w:val="Medium Shading 1"/>
    <w:basedOn w:val="Standaardtabe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Gemiddeldearcering1-accent1">
    <w:name w:val="Medium Shading 1 Accent 1"/>
    <w:basedOn w:val="Standaardtabe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Gemiddeldearcering1-accent2">
    <w:name w:val="Medium Shading 1 Accent 2"/>
    <w:basedOn w:val="Standaardtabe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Gemiddeldearcering1-accent3">
    <w:name w:val="Medium Shading 1 Accent 3"/>
    <w:basedOn w:val="Standaardtabe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Gemiddeldearcering1-accent4">
    <w:name w:val="Medium Shading 1 Accent 4"/>
    <w:basedOn w:val="Standaardtabe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Gemiddeldearcering1-accent5">
    <w:name w:val="Medium Shading 1 Accent 5"/>
    <w:basedOn w:val="Standaardtabe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Gemiddeldearcering1-accent6">
    <w:name w:val="Medium Shading 1 Accent 6"/>
    <w:basedOn w:val="Standaardtabe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Gemiddeldearcering2">
    <w:name w:val="Medium Shading 2"/>
    <w:basedOn w:val="Standaardtabe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emiddeldearcering2-accent1">
    <w:name w:val="Medium Shading 2 Accent 1"/>
    <w:basedOn w:val="Standaardtabe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emiddeldearcering2-accent2">
    <w:name w:val="Medium Shading 2 Accent 2"/>
    <w:basedOn w:val="Standaardtabe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emiddeldearcering2-accent3">
    <w:name w:val="Medium Shading 2 Accent 3"/>
    <w:basedOn w:val="Standaardtabe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emiddeldearcering2-accent4">
    <w:name w:val="Medium Shading 2 Accent 4"/>
    <w:basedOn w:val="Standaardtabe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emiddeldearcering2-accent5">
    <w:name w:val="Medium Shading 2 Accent 5"/>
    <w:basedOn w:val="Standaardtabe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emiddeldearcering2-accent6">
    <w:name w:val="Medium Shading 2 Accent 6"/>
    <w:basedOn w:val="Standaardtabe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emiddeldelijst1">
    <w:name w:val="Medium List 1"/>
    <w:basedOn w:val="Standaardtabe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Gemiddeldelijst1-accent1">
    <w:name w:val="Medium List 1 Accent 1"/>
    <w:basedOn w:val="Standaardtabe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Gemiddeldelijst1-accent2">
    <w:name w:val="Medium List 1 Accent 2"/>
    <w:basedOn w:val="Standaardtabe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Gemiddeldelijst1-accent3">
    <w:name w:val="Medium List 1 Accent 3"/>
    <w:basedOn w:val="Standaardtabe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Gemiddeldelijst1-accent4">
    <w:name w:val="Medium List 1 Accent 4"/>
    <w:basedOn w:val="Standaardtabe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Gemiddeldelijst1-accent5">
    <w:name w:val="Medium List 1 Accent 5"/>
    <w:basedOn w:val="Standaardtabe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Gemiddeldelijst1-accent6">
    <w:name w:val="Medium List 1 Accent 6"/>
    <w:basedOn w:val="Standaardtabe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Gemiddeldelijst2">
    <w:name w:val="Medium List 2"/>
    <w:basedOn w:val="Standaardtabe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1">
    <w:name w:val="Medium List 2 Accent 1"/>
    <w:basedOn w:val="Standaardtabe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2">
    <w:name w:val="Medium List 2 Accent 2"/>
    <w:basedOn w:val="Standaardtabe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3">
    <w:name w:val="Medium List 2 Accent 3"/>
    <w:basedOn w:val="Standaardtabe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4">
    <w:name w:val="Medium List 2 Accent 4"/>
    <w:basedOn w:val="Standaardtabe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5">
    <w:name w:val="Medium List 2 Accent 5"/>
    <w:basedOn w:val="Standaardtabe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6">
    <w:name w:val="Medium List 2 Accent 6"/>
    <w:basedOn w:val="Standaardtabe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raster1">
    <w:name w:val="Medium Grid 1"/>
    <w:basedOn w:val="Standaardtabe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emiddeldraster1-accent1">
    <w:name w:val="Medium Grid 1 Accent 1"/>
    <w:basedOn w:val="Standaardtabe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emiddeldraster1-accent2">
    <w:name w:val="Medium Grid 1 Accent 2"/>
    <w:basedOn w:val="Standaardtabe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emiddeldraster1-accent3">
    <w:name w:val="Medium Grid 1 Accent 3"/>
    <w:basedOn w:val="Standaardtabe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emiddeldraster1-accent4">
    <w:name w:val="Medium Grid 1 Accent 4"/>
    <w:basedOn w:val="Standaardtabe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emiddeldraster1-accent5">
    <w:name w:val="Medium Grid 1 Accent 5"/>
    <w:basedOn w:val="Standaardtabe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emiddeldraster1-accent6">
    <w:name w:val="Medium Grid 1 Accent 6"/>
    <w:basedOn w:val="Standaardtabe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emiddeldraster2">
    <w:name w:val="Medium Grid 2"/>
    <w:basedOn w:val="Standaardtabe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emiddeldraster2-accent1">
    <w:name w:val="Medium Grid 2 Accent 1"/>
    <w:basedOn w:val="Standaardtabe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emiddeldraster2-accent2">
    <w:name w:val="Medium Grid 2 Accent 2"/>
    <w:basedOn w:val="Standaardtabe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Gemiddeldraster2-accent3">
    <w:name w:val="Medium Grid 2 Accent 3"/>
    <w:basedOn w:val="Standaardtabe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Gemiddeldraster2-accent4">
    <w:name w:val="Medium Grid 2 Accent 4"/>
    <w:basedOn w:val="Standaardtabe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Gemiddeldraster2-accent5">
    <w:name w:val="Medium Grid 2 Accent 5"/>
    <w:basedOn w:val="Standaardtabe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Gemiddeldraster2-accent6">
    <w:name w:val="Medium Grid 2 Accent 6"/>
    <w:basedOn w:val="Standaardtabe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Gemiddeldraster3">
    <w:name w:val="Medium Grid 3"/>
    <w:basedOn w:val="Standaardtabe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emiddeldraster3-accent1">
    <w:name w:val="Medium Grid 3 Accent 1"/>
    <w:basedOn w:val="Standaardtabe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Gemiddeldraster3-accent2">
    <w:name w:val="Medium Grid 3 Accent 2"/>
    <w:basedOn w:val="Standaardtabe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Gemiddeldraster3-accent3">
    <w:name w:val="Medium Grid 3 Accent 3"/>
    <w:basedOn w:val="Standaardtabe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Gemiddeldraster3-accent4">
    <w:name w:val="Medium Grid 3 Accent 4"/>
    <w:basedOn w:val="Standaardtabe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Gemiddeldraster3-accent5">
    <w:name w:val="Medium Grid 3 Accent 5"/>
    <w:basedOn w:val="Standaardtabe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Gemiddeldraster3-accent6">
    <w:name w:val="Medium Grid 3 Accent 6"/>
    <w:basedOn w:val="Standaardtabe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onkerelijst">
    <w:name w:val="Dark List"/>
    <w:basedOn w:val="Standaardtabe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onkerelijst-accent1">
    <w:name w:val="Dark List Accent 1"/>
    <w:basedOn w:val="Standaardtabe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onkerelijst-accent2">
    <w:name w:val="Dark List Accent 2"/>
    <w:basedOn w:val="Standaardtabe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onkerelijst-accent3">
    <w:name w:val="Dark List Accent 3"/>
    <w:basedOn w:val="Standaardtabe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onkerelijst-accent4">
    <w:name w:val="Dark List Accent 4"/>
    <w:basedOn w:val="Standaardtabe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onkerelijst-accent5">
    <w:name w:val="Dark List Accent 5"/>
    <w:basedOn w:val="Standaardtabe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onkerelijst-accent6">
    <w:name w:val="Dark List Accent 6"/>
    <w:basedOn w:val="Standaardtabe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Kleurrijkearcering">
    <w:name w:val="Colorful Shading"/>
    <w:basedOn w:val="Standaardtabe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Kleurrijkearcering-accent1">
    <w:name w:val="Colorful Shading Accent 1"/>
    <w:basedOn w:val="Standaardtabe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Kleurrijkearcering-accent2">
    <w:name w:val="Colorful Shading Accent 2"/>
    <w:basedOn w:val="Standaardtabe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Kleurrijkearcering-accent3">
    <w:name w:val="Colorful Shading Accent 3"/>
    <w:basedOn w:val="Standaardtabe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Kleurrijkearcering-accent4">
    <w:name w:val="Colorful Shading Accent 4"/>
    <w:basedOn w:val="Standaardtabe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Kleurrijkearcering-accent5">
    <w:name w:val="Colorful Shading Accent 5"/>
    <w:basedOn w:val="Standaardtabe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Kleurrijkearcering-accent6">
    <w:name w:val="Colorful Shading Accent 6"/>
    <w:basedOn w:val="Standaardtabe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Kleurrijkelijst">
    <w:name w:val="Colorful List"/>
    <w:basedOn w:val="Standaardtabe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Kleurrijkelijst-accent1">
    <w:name w:val="Colorful List Accent 1"/>
    <w:basedOn w:val="Standaardtabe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Kleurrijkelijst-accent2">
    <w:name w:val="Colorful List Accent 2"/>
    <w:basedOn w:val="Standaardtabe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Kleurrijkelijst-accent3">
    <w:name w:val="Colorful List Accent 3"/>
    <w:basedOn w:val="Standaardtabe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Kleurrijkelijst-accent4">
    <w:name w:val="Colorful List Accent 4"/>
    <w:basedOn w:val="Standaardtabe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Kleurrijkelijst-accent5">
    <w:name w:val="Colorful List Accent 5"/>
    <w:basedOn w:val="Standaardtabe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Kleurrijkelijst-accent6">
    <w:name w:val="Colorful List Accent 6"/>
    <w:basedOn w:val="Standaardtabe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Kleurrijkraster">
    <w:name w:val="Colorful Grid"/>
    <w:basedOn w:val="Standaardtabe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Kleurrijkraster-accent1">
    <w:name w:val="Colorful Grid Accent 1"/>
    <w:basedOn w:val="Standaardtabe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Kleurrijkraster-accent2">
    <w:name w:val="Colorful Grid Accent 2"/>
    <w:basedOn w:val="Standaardtabe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Kleurrijkraster-accent3">
    <w:name w:val="Colorful Grid Accent 3"/>
    <w:basedOn w:val="Standaardtabe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Kleurrijkraster-accent4">
    <w:name w:val="Colorful Grid Accent 4"/>
    <w:basedOn w:val="Standaardtabe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Kleurrijkraster-accent5">
    <w:name w:val="Colorful Grid Accent 5"/>
    <w:basedOn w:val="Standaardtabe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Kleurrijkraster-accent6">
    <w:name w:val="Colorful Grid Accent 6"/>
    <w:basedOn w:val="Standaardtabe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424</Words>
  <Characters>2332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2751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Ellis de Graaf</cp:lastModifiedBy>
  <cp:revision>2</cp:revision>
  <dcterms:created xsi:type="dcterms:W3CDTF">2025-03-19T11:26:00Z</dcterms:created>
  <dcterms:modified xsi:type="dcterms:W3CDTF">2025-03-19T11:26:00Z</dcterms:modified>
  <cp:category/>
</cp:coreProperties>
</file>